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סֻכּוֹת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סֻכָּה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סְכָךְ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לוּלָב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אֶתְרוֹג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הֲדַס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עֲרָבָה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דְּפָנוֹת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