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חַג שָׂמֵחַ בַּסֻּכָּה וּבְבֵית הַכְּנֶסֶת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סֻכָּה כְּשֵׁרָה וְאוּשְׁפִּיזִין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אַרְבָּעָה מִינִים וְשִׂמְחַת תּוֹרָה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עַל חַג הַסֻּכּוֹת.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אֵיךְ בּוֹנִים סֻכָּה כְּשֵׁרָה וּמִי הֵם הָאוּשְׁפִּיזִין.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גַּם עַל אַרְבָּעָה מִינִים, הוֹשַׁעְנָא רַבָּה וְשִׂמְחַת תּוֹרָה.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79454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945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סֻכָּה כְּשֵׁרָה וְאוּשְׁפִּיזִין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בְּסֻכּוֹת יוֹשְׁבִים בַּסֻּכָּה שִׁבְעָה יָמִים, זֵכֶר לִיצִיאַת מִצְרַיִם.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לַסֻּכָּה יֵשׁ לְפָחוֹת שָׁלֹשׁ דְּפָנוֹת חֲזָקוֹת, וְלֹא בּוֹנִים אוֹתָהּ תַּחַת עֵץ.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אֶת הַסְּכָךְ עוֹשִׂים מֵעֲנָפִים. הוּא נוֹתֵן יוֹתֵר צֵל מִשֶּׁמֶשׁ, וְרוֹאִים דַּרְכּוֹ כּוֹכָבִים.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בְּכָל עֶרֶב מַזְמִינִים לַסֻּכָּה אוֹרֵחַ צַדִּיק – הָאוּשְׁפִּיזִין, כְּמוֹ אַבְרָהָם אָבִינוּ.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סְכָךְ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הַגַּג שֶׁל הַסֻּכָּה, מֵעֲנָפִים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דְּפָנוֹת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הַקִּירוֹת שֶׁל הַסֻּכָּה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אוּשְׁפִּיזִין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אוֹרְחִים צַדִּיקִים שֶׁאָנוּ מַזְמִינִים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«וּלְכַתְּחִלָּה צְרִיכָה שֶׁיְהֵא אֲוִיר קְצָת בֵּין הַסְּכָךְ, כְּדֵי שֶׁיֵרָאוּ הַכּוֹכָבִים.»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קלד, סָעִיף 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לַסֻּכָּה צְרִיכוֹת לִהְיוֹת לְפָחוֹת שָׁלֹשׁ דְּפָנוֹת.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מֻתָּר לִבְנוֹת סֻכָּה תַּחַת עֵץ גָּדוֹל.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אֶת הַסְּכָךְ עוֹשִׂים מֵעֲנָפִים.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בַּסֻּכָּה יוֹשְׁבִים רַק יוֹם אֶחָד.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794547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945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סֻכָּה כְּשֵׁרָה וְאוּשְׁפִּיזִין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בּוֹנִים סֻכָּה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מִלָּה וְהֶסְבֵּר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סְכָךְ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הַקִּירוֹת שֶׁל הַסֻּכָּה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דְּפָנוֹת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רוֹאִים דֶּרֶךְ הַסְּכָךְ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אוּשְׁפִּיזִין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הַגַּג מֵעֲנָפִים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כּוֹכָבִים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אוֹרְחִים צַדִּיקִים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79454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7945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סֻכָּה כְּשֵׁרָה וְאוּשְׁפִּיזִין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דְּפָנוֹת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הַקָּפוֹת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נִעְנוּעִים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סְכָךְ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מְזִיזִים אֶת הַלּוּלָב לְכָל הַצְּדָדִים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הַגַּג שֶׁל הַסֻּכָּה, מֵעֲנָפִים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הוֹלְכִים וְרוֹקְדִים מִסָּבִיב לַבִּימָה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הַקִּירוֹת שֶׁל הַסֻּכָּה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אַרְבָּעָה מִינִים וְשִׂמְחַת 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בְּסֻכּוֹת לוֹקְחִים אַרְבָּעָה מִינִים: לוּלָב, אֶתְרוֹג, שְׁלֹשָׁה הֲדַסִּים וּשְׁתֵּי עֲרָבוֹת.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מְבָרְכִים עַל הַלּוּלָב וּמְנַעְנְעִים אוֹתוֹ לְכָל הַצְּדָדִים.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בְּהוֹשַׁעְנָא רַבָּה מַקִּיפִים שֶׁבַע פְּעָמִים, וְחוֹבְטִים עֲרָבוֹת בָּאֲדָמָה.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בְּשִׂמְחַת תּוֹרָה רוֹקְדִים עִם הַתּוֹרָה וּמַתְחִילִים לִקְרֹא מִבְּרֵאשִׁית.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נִעְנוּעִים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מְזִיזִים אֶת הַלּוּלָב לְכָל הַצְּדָדִים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הַקָּפוֹת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הוֹלְכִים וְרוֹקְדִים מִסָּבִיב לַבִּימָה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חוֹבְטִים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מַכִּים קַלּוֹת בָּאֲדָמָה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«יוֹם אַחֲרוֹן שֶל הֶחָג, שֶׁהוּא גַם כֵּן שְׁמִינִי עֲצֶרֶת, נִקְרָא שִׂמְחַת-תּוֹרָה, לְפִי שֶׁמְּסַיְמִין בּוֹ אֶת הַתּוֹרָה וּשְׂמֵחִים בָּה.»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קלח,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הֲדַסִּים יֵשׁ בַּלּוּלָב?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שְׁנַיִם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שְׁלֹשָׁה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חֲמִשָּׁה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חוֹבְטִים בְּהוֹשַׁעְנָא רַבָּה?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עֲרָבוֹת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אֶתְרוֹג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הֲדַסִּים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עִם מָה רוֹקְדִים בְּשִׂמְחַת 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עִם לוּלָב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עִם סֵפֶר תּוֹרָה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עִם סֻכָּה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אַרְבָּעָה מִינִים וְשִׂמְחַת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מִיְּנוּ לַקְּבוּצָה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מִלָּה מִתַּחַת לַכּוֹתֶרֶת הַמַּתְאִימָה.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סְכָךְ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אֶתְרוֹג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דְּפָנוֹת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הֲדַס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ה. קִשּׁוּטִים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ו. עֲרָבָה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סֻכָּה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אַרְבָּעָה מִינִים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אֶתְרוֹג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הַתּוֹרָה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עֲרָבוֹת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הַפְּרִי הַצָּהֹב נִקְרָא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בְּהוֹשַׁעְנָא רַבָּה חוֹבְטִים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בְּשִׂמְחַת תּוֹרָה מְסַיְּמִים אֶת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אַרְבָּעָה מִינִים וְשִׂמְחַת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אִם יוֹרֵד גֶּשֶׁם חָזָק, אֶפְשָׁר לָצֵאת מֵהַסֻּכָּה.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בַּסֻּכָּה יֵשׁ סְכָךְ וְקִשּׁוּטִים יָפִים.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בַּסֻּכָּה אוֹכְלִים לֶחֶם וּמְבָרְכִים לֵישֵׁב בַּסֻּכָּה.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אֲנִי מְבָרֵךְ עַל הַלּוּלָב וְעַל הָאֶתְרוֹג.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בּוֹנִים סֻכָּה מִיָּד אַחֲרֵי יוֹם הַכִּפּוּרִים.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לֹא מְבָרְכִים עַל הָאַרְבָּעָה מִינִים.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בְּשִׂמְחַת תּוֹרָה רוֹקְדִים בְּבֵית הַכְּנֶסֶת.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בַּלּוּלָב יֵשׁ חָמֵשׁ עֲרָבוֹת.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הַסֻּכָּה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אֶת הַסֻּכָּה שֶׁלָּכֶם עִם סְכָךְ וְקִשּׁוּטִים.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3402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«סֻכּוֹת».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81600" cy="2050704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4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2050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הַסֻּכָּה שֶׁלִּי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9200" cy="2049091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4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200" cy="2049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אַרְבָּעָה מִינִים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42000" cy="2051128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24a0659b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000" cy="2051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גֶּשֶׁם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24000" cy="20532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לֶחֶם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בּוֹנִים סֻכָּה לְפִי הַסֵּדֶר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מְקַשְּׁטִים אֶת הַסֻּכָּה.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בּוֹנִים אֶת הַדְּפָנוֹת שֶׁל הַסֻּכָּה.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יוֹשְׁבִים וְאוֹכְלִים בַּסֻּכָּה.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שָׂמִים סְכָךְ עַל הַסֻּכָּה.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