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סֻכּוֹת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חַג שָׂמֵחַ בַּסֻּכָּה וּבְבֵית הַכְּנֶסֶת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Alef" w:hAnsi="Alef" w:cs="Alef" w:eastAsia="Alef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סֻכָּה כְּשֵׁרָה וְאוּשְׁפִּיזִין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לַסֻּכָּה צְרִיכוֹת לִהְיוֹת לְפָחוֹת שָׁלֹשׁ דְּפָנוֹת.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מֻתָּר לִבְנוֹת סֻכָּה תַּחַת עֵץ גָּדוֹל.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אֶת הַסְּכָךְ עוֹשִׂים מֵעֲנָפִים.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בַּסֻּכָּה יוֹשְׁבִים רַק יוֹם אֶחָד.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בּוֹנִים סֻכָּה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בּוֹנִים אֶת הַדְּפָנוֹת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שָׂמִים סְכָךְ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מְקַשְּׁטִים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– יוֹשְׁבִים וְאוֹכְלִים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מִלָּה וְהֶסְבֵּר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הַמִּלָּה לַהֶסְבֵּר.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סְכָךְ  ←  הַגַּג מֵעֲנָפִים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דְּפָנוֹת  ←  הַקִּירוֹת שֶׁל הַסֻּכָּה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אוּשְׁפִּיזִין  ←  אוֹרְחִים צַדִּיקִים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כּוֹכָבִים  ←  רוֹאִים דֶּרֶךְ הַסְּכָךְ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הַגַּג שֶׁל הַסֻּכָּה, מֵעֲנָפִים  ←  סְכָךְ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הַקִּירוֹת שֶׁל הַסֻּכָּה  ←  דְּפָנוֹת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מְזִיזִים אֶת הַלּוּלָב לְכָל הַצְּדָדִים  ←  נִעְנוּעִים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הוֹלְכִים וְרוֹקְדִים מִסָּבִיב לַבִּימָה  ←  הַקָּפוֹת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: אַרְבָּעָה מִינִים וְשִׂמְחַת תּוֹרָה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הֲדַסִּים יֵשׁ בַּלּוּלָב?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שְׁלֹשָׁה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חוֹבְטִים בְּהוֹשַׁעְנָא רַבָּה?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עֲרָבוֹת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עִם מָה רוֹקְדִים בְּשִׂמְחַת תּוֹרָה?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עִם סֵפֶר תּוֹרָה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מִיְּנוּ לַקְּבוּצָה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מִלָּה מִתַּחַת לַכּוֹתֶרֶת הַמַּתְאִימָה.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סֻכָּה: סְכָךְ · דְּפָנוֹת · קִשּׁוּטִים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אַרְבָּעָה מִינִים: אֶתְרוֹג · הֲדַס · עֲרָבָה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הַפְּרִי הַצָּהֹב נִקְרָא [אֶתְרוֹג].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בְּהוֹשַׁעְנָא רַבָּה חוֹבְטִים [עֲרָבוֹת].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בְּשִׂמְחַת תּוֹרָה מְסַיְּמִים אֶת [הַתּוֹרָה].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3999" cy="3964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24a0659b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999" cy="3964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גֶּשֶׁם  ←  אִם יוֹרֵד גֶּשֶׁם חָזָק, אֶפְשָׁר לָצֵאת מֵהַסֻּכָּה.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21200" cy="39592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4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00" cy="395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הַסֻּכָּה שֶׁלִּי  ←  בַּסֻּכָּה יֵשׁ סְכָךְ וְקִשּׁוּטִים יָפִים.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0399" cy="3967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a1293bfb8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399" cy="396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לֶחֶם  ←  בַּסֻּכָּה אוֹכְלִים לֶחֶם וּמְבָרְכִים לֵישֵׁב בַּסֻּכָּה.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23200" cy="394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4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" cy="39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 אַרְבָּעָה מִינִים  ←  אֲנִי מְבָרֵךְ עַל הַלּוּלָב וְעַל הָאֶתְרוֹג.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בּוֹנִים סֻכָּה מִיָּד אַחֲרֵי יוֹם הַכִּפּוּרִים.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לֹא מְבָרְכִים עַל הָאַרְבָּעָה מִינִים.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בְּשִׂמְחַת תּוֹרָה רוֹקְדִים בְּבֵית הַכְּנֶסֶת.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בַּלּוּלָב יֵשׁ חָמֵשׁ עֲרָבוֹת.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הַסֻּכָּה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אֶת הַסֻּכָּה שֶׁלָּכֶם עִם סְכָךְ וְקִשּׁוּטִים.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