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תַּעֲנִיּוֹת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הַכֹּתֶל הַמַּעֲרָבִי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832000" cy="66720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62_0.041-0.072-0.983-0.93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6672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אָנוּ מִתְפַּלְּלִים לְיַד הַכֹּתֶל.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תַּעֲנִיּוֹת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הַלּוּחוֹת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8943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174-1.0-0.792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894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מֹשֶׁה יָרַד מִן הָהָר עִם הַלּוּחוֹת.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תַּעֲנִיּוֹת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927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