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תַּעֲנִיּוֹת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שִׁבְעָה עָשָׂר בְּתַמּוּז הוּא יוֹם צוֹם.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בְּתִשְׁעָה בְּאָב נוֹעֲלִים נַעֲלֵי עוֹר.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בְּתִשְׁעָה בְּאָב יוֹשְׁבִים עַל הָאָרֶץ.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בְּתִשְׁעַת הַיָּמִים אוֹכְלִים הַרְבֵּה בָּשָׂר.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קָרָה בְּתִשְׁעָה בְּאָב?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נִשְׂרַף הַמִּקְדָּשׁ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נִבְנָה הַמִּקְדָּשׁ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נִתְּנָה הַתּוֹרָה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שָׁבַר אֶת הַלּוּחוֹת?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דָּוִד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מֹשֶׁה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יוֹשְׁבִים בְּתִשְׁעָה בְּאָב?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כִּסֵּא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הָאָרֶץ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מִטָּה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לֹא עוֹשִׂים בִּשְׁלֹשֶׁת הַשָּׁבוּעוֹת?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מִסְתַּפְּרִים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מִתְפַּלְּלִים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לוֹמְדִים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לַהֶסְבֵּר הַמַּתְאִים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שִׁבְעָה עָשָׂר בְּתַמּוּז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לֹא אוֹכְלִים בָּשָׂר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תִּשְׁעָה בְּאָב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נִשְׁבְּרוּ הַלּוּחוֹת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מְגִלַּת אֵיכָה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קוֹרְאִים בְּתִשְׁעָה בְּאָב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תִּשְׁעַת הַיָּמִים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נִשְׂרַף הַמִּקְדָּשׁ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אֵיכָה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הַחוֹמָה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בָּשָׂר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יְרוּשָׁלַיִם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בְּשִׁבְעָה עָשָׂר בְּתַמּוּז נִפְרְצָה ____________ 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בְּתִשְׁעַת הַיָּמִים לֹא אוֹכְלִים ____________ 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בְּתִשְׁעָה בְּאָב קוֹרְאִים מְגִלַּת ____________ 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אֲנַחְנוּ מִתְפַּלְּלִים שֶׁתִּבָּנֶה ____________ 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אָנוּ עֲצוּבִים בְּתִשְׁעָה בְּאָב, וּמָה אָנוּ מְבַקְּשִׁים?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