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תַּעֲנִיּוֹת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צוֹם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תַּמּוּז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אֵיכָה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קִינוֹת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לוּחוֹת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חוֹמָה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מִקְדָּשׁ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חֻרְבָּן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