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6000" cy="30229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ey_whit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022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 xml:space="preserve">  מחוון – </w:t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>תַּפְזֹרֶת – תַּעֲנִיּוֹת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David Libre" w:hAnsi="David Libre" w:cs="David Libre" w:eastAsia="David Libre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50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ן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צוֹם  (צום)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תַּמּוּז  (תמוז)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אֵיכָה  (איכה)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קִינוֹת  (קינות)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לוּחוֹת  (לוחות)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חוֹמָה  (חומה)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מִקְדָּשׁ  (מקדש)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חֻרְבָּן  (חורבן)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