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תַּעֲנִיּוֹת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שִׁבְעָה עָשָׂר בְּתַמּוּז וְתִשְׁעָה בְּאָב – זוֹכְרִים אֶת יְרוּשָׁלַיִם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שִׁבְעָה עָשָׂר בְּתַמּוּז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תִּשְׁעָה בְּאָב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בַּחוֹבֶרֶת הַזֹּאת נִלְמַד עַל יְמֵי צוֹם.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עַל שִׁבְעָה עָשָׂר בְּתַמּוּז וְעַל תִּשְׁעָה בְּאָב.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אֵיךְ אֲנַחְנוּ זוֹכְרִים אֶת בֵּית הַמִּקְדָּשׁ וּמִתְפַּלְּלִים שֶׁיִּבָּנֶה.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שִׁבְעָה עָשָׂר בְּתַמּוּז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בְּשִׁבְעָה עָשָׂר בְּתַמּוּז קָרוּ צָרוֹת לְעַם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בְּיוֹם זֶה מֹשֶׁה שָׁבַר אֶת הַלּוּחוֹת, וְהָאוֹיְבִים פָּרְצוּ אֶת חוֹמַת יְרוּשָׁלַיִם.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הַגְּדוֹלִים צָמִים כָּל הַיּוֹם, עַד שֶׁיּוֹצְאִים הַכּוֹכָבִים. יְלָדִים קְטַנִּים לֹא צָמִים.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מִיּוֹם זֶה מַתְחִילִים שְׁלֹשָׁה שָׁבוּעוֹת שֶׁל צַעַר: לֹא מִסְתַּפְּרִים וְלֹא שׁוֹמְעִים שִׁירִים שְׂמֵחִים.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צוֹם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לֹא אוֹכְלִים וְלֹא שׁוֹתִים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הַלּוּחוֹת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שְׁתֵּי אֲבָנִים וַעֲלֵיהֶן עֲשֶׂרֶת הַדִּבְּרוֹת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חוֹמָה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קִיר גָּבוֹהַּ סְבִיב הָעִיר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«שִׁבְעָה עָשָׂר בְּתַמּוּז, בּוֹ אֵרְעוּ חָמֵשׁ צָרוֹת, נִשְׁתַּבְּרוּ הַלּוּחוֹת כְּשֶׁיָּרַד מֹשֶׁה מִן הָהָר»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קכא, סָעִיף 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בְּשִׁבְעָה עָשָׂר בְּתַמּוּז נִשְׁבְּרוּ הַלּוּחוֹת.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בְּשִׁבְעָה עָשָׂר בְּתַמּוּז אוֹכְלִים סְעוּדָה גְּדוֹלָה.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הָאוֹיְבִים פָּרְצוּ אֶת חוֹמַת יְרוּשָׁלַיִם.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בִּשְׁלֹשֶׁת הַשָּׁבוּעוֹת מִסְתַּפְּרִים הַרְבֵּה.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שִׁבְעָה עָשָׂר בְּתַמּוּז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הַקִּיפוּ בְּעִגּוּל.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נִשְׁבַּר בְּשִׁבְעָה עָשָׂר בְּתַמּוּז?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הַלּוּחוֹת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הַשּׁוֹפָר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הַמְּנוֹרָה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צָם כָּל הַיּוֹם?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הַגְּדוֹלִים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הַתִּינוֹקוֹת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יְלָדִים קְטַנִּים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שָׁבוּעוֹת שֶׁל צַעַר?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שָׁבוּעַ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שְׁלֹשָׁה שָׁבוּעוֹת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חֲמִשָּׁה שָׁבוּעוֹת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הַלּוּחוֹת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הַחוֹמָה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צָמִים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מִסְתַּפְּרִים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מֹשֶׁה שָׁבַר אֶת ____________ 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הָאוֹיְבִים פָּרְצוּ אֶת ____________ שֶׁל יְרוּשָׁלַיִם.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הַגְּדוֹלִים ____________ בְּשִׁבְעָה עָשָׂר בְּתַמּוּז.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בִּשְׁלֹשֶׁת הַשָּׁבוּעוֹת לֹא ____________ 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שִׁבְעָה עָשָׂר בְּתַמּוּז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אֵיכָה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הַלּוּחוֹת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חֻרְבָּן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כְּשֶׁהָאוֹיְבִים הָרְסוּ וְשָׂרְפוּ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לֹא אוֹכְלִים וְלֹא שׁוֹתִים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מְגִלָּה עֲצוּבָה עַל יְרוּשָׁלַיִם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שְׁתֵּי אֲבָנִים וַעֲלֵיהֶן עֲשֶׂרֶת הַדִּבְּרוֹת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תִּשְׁעָה בְּאָב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תִּשְׁעָה בְּאָב הוּא הַיּוֹם הֲכִי עָצוּב בַּשָּׁנָה.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בְּיוֹם זֶה נִשְׂרַף בֵּית הַמִּקְדָּשׁ, הָרִאשׁוֹן וְגַם הַשֵּׁנִי.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בְּתִשְׁעַת הַיָּמִים לִפְנֵי הַצּוֹם לֹא אוֹכְלִים בָּשָׂר, חוּץ מִשַּׁבָּת.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בְּתִשְׁעָה בְּאָב לֹא נוֹעֲלִים נַעֲלֵי עוֹר, יוֹשְׁבִים עַל הָאָרֶץ וְקוֹרְאִים מְגִלַּת אֵיכָה.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חֻרְבָּן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כְּשֶׁהָאוֹיְבִים הָרְסוּ וְשָׂרְפוּ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אֵיכָה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מְגִלָּה עֲצוּבָה עַל יְרוּשָׁלַיִם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קִינוֹת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שִׁירִים עֲצוּבִים עַל הַחֻרְבָּן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«וְיוֹשְׁבִים לָאָרֶץ, וּמַדְלִיקִין קְצָת נֵרוֹת רַק בִּכְדֵי שֶׁיּוּכְלוּ לוֹמַר אֵיכָה וְקִינוֹת»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קכד,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בְּתִשְׁעָה בְּאָב?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מִן הַמִּלָּה אֶל הַהֶסְבֵּר.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מְגִלַּת אֵיכָה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יוֹשְׁבִים עָלֶיהָ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נַעֲלֵי עוֹר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קוֹרְאִים אוֹתָהּ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הָאָרֶץ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נִשְׂרַף בְּתִשְׁעָה בְּאָב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בֵּית הַמִּקְדָּשׁ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לֹא נוֹעֲלִים אוֹתָן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תִּשְׁעָה בְּאָב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קָרָה קֹדֶם?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מֻתָּר אוֹ אָסוּר?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לִקְרֹא אֵיכָה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לָלֶכֶת לַיָּם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לָשֶׁבֶת עַל הָאָרֶץ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לִנְעֹל נַעֲלֵי עוֹר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לְהִתְפַּלֵּל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לָשִׁיר שִׁירִים שְׂמֵחִים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מֻתָּר בְּתִשְׁעָה בְּאָב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אָסוּר בְּתִשְׁעָה בְּאָב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תִּשְׁעָה בְּאָב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בְּתִשְׁעָה בְּאָב נִשְׂרַף בֵּית הַמִּקְדָּשׁ.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אָנוּ מִתְפַּלְּלִים לְיַד הַכֹּתֶל.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בְּתִשְׁעָה בְּאָב קוֹרְאִים מְגִלַּת אֵיכָה.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מֹשֶׁה יָרַד מִן הָהָר עִם הַלּוּחוֹת.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נִשְׂרַף בֵּית הַמִּקְדָּשׁ?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תִּשְׁעָה בְּאָב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פּוּרִים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חֲנֻכָּה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קוֹרְאִים בְּתִשְׁעָה בְּאָב?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מְגִלַּת אֵיכָה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מְגִלַּת אֶסְתֵּר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הַגָּדָה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בֵּית הַמִּקְדָּשׁ הַשְּׁלִישִׁי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אֶת בֵּית הַמִּקְדָּשׁ שֶׁיִּבָּנֶה בִּמְהֵרָה.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«תַּעֲנִיּוֹת».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85600" cy="2052414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6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00" cy="20524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הַכֹּתֶל הַמַּעֲרָבִי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204027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6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20402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הַלּוּחוֹת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34000" cy="205266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0ad5b6560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000" cy="2052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בֵּית הַמִּקְדָּשׁ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3600" cy="205214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00" cy="20521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אֵיכָה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מָה קָרָה קֹדֶם?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בְּתִשְׁעָה בְּאָב נִשְׂרַף בֵּית הַמִּקְדָּשׁ.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הָאוֹיְבִים פָּרְצוּ אֶת הַחוֹמָה.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אֲנַחְנוּ מִתְפַּלְּלִים שֶׁיִּבָּנֶה בִּמְהֵרָה.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עָבְרוּ שְׁלֹשָׁה שָׁבוּעוֹת שֶׁל צַעַר.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