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תְּפִלָּה וְהַכָּרַת הַסִּדּוּר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הַסִּדּוּר שֶׁלִּי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5996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-0.233-1.0-0.94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599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אֲנִי שׁוֹמֵר עַל הַסִּדּוּר בְּכָבוֹד.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תְּפִלָּה וְהַכָּרַת הַסִּדּוּר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תְּפִלַּת שַׁחֲרִית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66801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55_0.032-0.01-0.993-0.93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6680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בַּבֹּקֶר אֲנִי מִתְפַּלֵּל שַׁחֲרִית.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