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spacing w:before="0" w:after="0"/>
        <w:jc w:val="right"/>
      </w:pPr>
      <w:r>
        <w:rPr>
          <w:rFonts w:ascii="Frank Ruhl Libre" w:hAnsi="Frank Ruhl Libre" w:cs="Frank Ruhl Libre" w:eastAsia="Frank Ruhl Libre"/>
          <w:b/>
          <w:bCs/>
          <w:color w:val="555555"/>
          <w:sz w:val="24"/>
          <w:szCs w:val="24"/>
          <w:rtl/>
        </w:rPr>
        <w:t>בס"ד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double" w:sz="24" w:space="0" w:color="B8902F"/>
              <w:left w:val="double" w:sz="24" w:space="0" w:color="B8902F"/>
              <w:bottom w:val="double" w:sz="24" w:space="0" w:color="B8902F"/>
              <w:right w:val="double" w:sz="24" w:space="0" w:color="B8902F"/>
            </w:tcBorders>
            <w:shd w:val="clear" w:color="auto" w:fill="1F3A5F"/>
            <w:tcMar>
              <w:top w:w="198" w:type="dxa"/>
              <w:left w:w="198" w:type="dxa"/>
              <w:bottom w:w="198" w:type="dxa"/>
              <w:right w:w="198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Frank Ruhl Libre" w:hAnsi="Frank Ruhl Libre" w:cs="Frank Ruhl Libre" w:eastAsia="Frank Ruhl Libre"/>
                <w:b/>
                <w:bCs/>
                <w:color w:val="E2C47A"/>
                <w:sz w:val="36"/>
                <w:szCs w:val="36"/>
                <w:rtl/>
              </w:rPr>
              <w:t>הֲלָכָה · כִּתָּה א'</w:t>
            </w:r>
          </w:p>
          <w:p>
            <w:pPr>
              <w:bidi/>
              <w:spacing w:before="0" w:after="0"/>
              <w:jc w:val="center"/>
            </w:pPr>
            <w:r>
              <w:rPr>
                <w:rFonts w:ascii="Suez One" w:hAnsi="Suez One" w:cs="Suez One" w:eastAsia="Suez One"/>
                <w:b/>
                <w:bCs/>
                <w:color w:val="FFFFFF"/>
                <w:sz w:val="80"/>
                <w:szCs w:val="80"/>
                <w:rtl/>
              </w:rPr>
              <w:t>תְּפִלָּה וְהַכָּרַת הַסִּדּוּר – מַחְוֶן לַמּוֹרֶה</w:t>
            </w:r>
          </w:p>
          <w:p>
            <w:pPr>
              <w:bidi/>
              <w:spacing w:before="0" w:after="0"/>
              <w:jc w:val="center"/>
            </w:pPr>
            <w:r>
              <w:rPr>
                <w:rFonts w:ascii="Frank Ruhl Libre" w:hAnsi="Frank Ruhl Libre" w:cs="Frank Ruhl Libre" w:eastAsia="Frank Ruhl Libre"/>
                <w:color w:val="FFFFFF"/>
                <w:sz w:val="38"/>
                <w:szCs w:val="38"/>
                <w:rtl/>
              </w:rPr>
              <w:t>מְדַבְּרִים עִם ה' בְּכָל יוֹם</w:t>
            </w:r>
          </w:p>
        </w:tc>
      </w:tr>
    </w:tbl>
    <w:p>
      <w:pPr>
        <w:bidi/>
        <w:spacing w:before="0" w:after="0" w:line="200" w:lineRule="exact"/>
        <w:jc w:val="both"/>
      </w:pPr>
      <w:r>
        <w:rPr>
          <w:rFonts w:ascii="Frank Ruhl Libre" w:hAnsi="Frank Ruhl Libre" w:cs="Frank Ruhl Libre" w:eastAsia="Frank Ruhl Libre"/>
          <w:sz w:val="4"/>
          <w:szCs w:val="4"/>
          <w:rtl/>
        </w:rPr>
        <w:t xml:space="preserve"> </w:t>
      </w:r>
    </w:p>
    <w:p>
      <w:pPr>
        <w:bidi/>
        <w:spacing w:before="0" w:after="0"/>
        <w:jc w:val="center"/>
      </w:pPr>
      <w:r>
        <w:rPr>
          <w:rFonts w:ascii="Frank Ruhl Libre" w:hAnsi="Frank Ruhl Libre" w:cs="Frank Ruhl Libre" w:eastAsia="Frank Ruhl Libre"/>
          <w:sz w:val="34"/>
          <w:szCs w:val="34"/>
          <w:rtl/>
        </w:rPr>
        <w:t>תשובות לכל המשימות בחוברת, לפי מספרי העמודים. במשימות פתוחות – תשובה אפשרית; מקבלים כל תשובה מנומקת.</w:t>
      </w:r>
    </w:p>
    <w:p>
      <w:pPr>
        <w:bidi/>
        <w:spacing w:before="0" w:after="0" w:line="200" w:lineRule="exact"/>
        <w:jc w:val="both"/>
      </w:pPr>
      <w:r>
        <w:rPr>
          <w:rFonts w:ascii="Frank Ruhl Libre" w:hAnsi="Frank Ruhl Libre" w:cs="Frank Ruhl Libre" w:eastAsia="Frank Ruhl Libre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8" w:space="0" w:color="16A085"/>
              <w:left w:val="single" w:sz="8" w:space="0" w:color="16A085"/>
              <w:bottom w:val="single" w:sz="8" w:space="0" w:color="16A085"/>
              <w:right w:val="single" w:sz="8" w:space="0" w:color="16A085"/>
            </w:tcBorders>
            <w:shd w:val="clear" w:color="auto" w:fill="16A085"/>
            <w:vAlign w:val="center"/>
          </w:tcPr>
          <w:p>
            <w:pPr>
              <w:bidi/>
              <w:spacing w:before="0" w:after="0"/>
              <w:jc w:val="both"/>
            </w:pPr>
            <w:r>
              <w:rPr>
                <w:rFonts w:ascii="Frank Ruhl Libre" w:hAnsi="Frank Ruhl Libre" w:cs="Frank Ruhl Libre" w:eastAsia="Frank Ruhl Libre"/>
                <w:b/>
                <w:bCs/>
                <w:color w:val="FFFFFF"/>
                <w:sz w:val="38"/>
                <w:szCs w:val="38"/>
                <w:rtl/>
              </w:rPr>
              <w:t xml:space="preserve">יְחִידָה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8"/>
                <w:szCs w:val="38"/>
                <w:rtl/>
              </w:rPr>
              <w:t>1</w:t>
            </w:r>
            <w:r>
              <w:rPr>
                <w:rFonts w:ascii="Frank Ruhl Libre" w:hAnsi="Frank Ruhl Libre" w:cs="Frank Ruhl Libre" w:eastAsia="Frank Ruhl Libre"/>
                <w:b/>
                <w:bCs/>
                <w:color w:val="FFFFFF"/>
                <w:sz w:val="38"/>
                <w:szCs w:val="38"/>
                <w:rtl/>
              </w:rPr>
              <w:t xml:space="preserve">: מְדַבְּרִים עִם ה'  ·  עַמּוּדִים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8"/>
                <w:szCs w:val="38"/>
                <w:rtl/>
              </w:rPr>
              <w:t>4</w:t>
            </w:r>
            <w:r>
              <w:rPr>
                <w:rFonts w:ascii="Frank Ruhl Libre" w:hAnsi="Frank Ruhl Libre" w:cs="Frank Ruhl Libre" w:eastAsia="Frank Ruhl Libre"/>
                <w:b/>
                <w:bCs/>
                <w:color w:val="FFFFFF"/>
                <w:sz w:val="38"/>
                <w:szCs w:val="38"/>
                <w:rtl/>
              </w:rPr>
              <w:t>–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8"/>
                <w:szCs w:val="38"/>
                <w:rtl/>
              </w:rPr>
              <w:t>6</w:t>
            </w:r>
          </w:p>
        </w:tc>
      </w:tr>
    </w:tbl>
    <w:p>
      <w:pPr>
        <w:bidi/>
        <w:spacing w:before="0" w:after="0" w:line="80" w:lineRule="exact"/>
        <w:jc w:val="both"/>
      </w:pPr>
      <w:r>
        <w:rPr>
          <w:rFonts w:ascii="Frank Ruhl Libre" w:hAnsi="Frank Ruhl Libre" w:cs="Frank Ruhl Libre" w:eastAsia="Frank Ruhl Libre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24" w:space="0" w:color="16A085"/>
              <w:left w:val="single" w:sz="24" w:space="0" w:color="16A085"/>
              <w:bottom w:val="single" w:sz="24" w:space="0" w:color="16A085"/>
              <w:right w:val="single" w:sz="24" w:space="0" w:color="16A085"/>
            </w:tcBorders>
            <w:shd w:val="clear" w:color="auto" w:fill="E8F6F3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60"/>
              <w:jc w:val="both"/>
            </w:pPr>
            <w:r>
              <w:rPr>
                <w:rFonts w:ascii="Frank Ruhl Libre" w:hAnsi="Frank Ruhl Libre" w:cs="Frank Ruhl Libre" w:eastAsia="Frank Ruhl Libre"/>
                <w:b/>
                <w:bCs/>
                <w:color w:val="FFFFFF"/>
                <w:sz w:val="38"/>
                <w:szCs w:val="38"/>
                <w:shd w:val="clear" w:color="auto" w:fill="16A085"/>
                <w:rtl/>
              </w:rPr>
              <w:t xml:space="preserve"> מְשִׂימָה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8"/>
                <w:szCs w:val="38"/>
                <w:shd w:val="clear" w:color="auto" w:fill="16A085"/>
                <w:rtl/>
              </w:rPr>
              <w:t>1</w:t>
            </w:r>
            <w:r>
              <w:rPr>
                <w:rFonts w:ascii="Frank Ruhl Libre" w:hAnsi="Frank Ruhl Libre" w:cs="Frank Ruhl Libre" w:eastAsia="Frank Ruhl Libre"/>
                <w:b/>
                <w:bCs/>
                <w:color w:val="FFFFFF"/>
                <w:sz w:val="38"/>
                <w:szCs w:val="38"/>
                <w:shd w:val="clear" w:color="auto" w:fill="16A085"/>
                <w:rtl/>
              </w:rPr>
              <w:t xml:space="preserve"> </w:t>
            </w:r>
            <w:r>
              <w:rPr>
                <w:rFonts w:ascii="Frank Ruhl Libre" w:hAnsi="Frank Ruhl Libre" w:cs="Frank Ruhl Libre" w:eastAsia="Frank Ruhl Libre"/>
                <w:sz w:val="38"/>
                <w:szCs w:val="38"/>
                <w:rtl/>
              </w:rPr>
              <w:t xml:space="preserve">  </w:t>
            </w:r>
            <w:r>
              <w:rPr>
                <w:rFonts w:ascii="Frank Ruhl Libre" w:hAnsi="Frank Ruhl Libre" w:cs="Frank Ruhl Libre" w:eastAsia="Frank Ruhl Libre"/>
                <w:b/>
                <w:bCs/>
                <w:color w:val="1B2631"/>
                <w:sz w:val="38"/>
                <w:szCs w:val="38"/>
                <w:rtl/>
              </w:rPr>
              <w:t>נָכוֹן אוֹ לֹא נָכוֹן?</w:t>
            </w:r>
          </w:p>
          <w:p>
            <w:pPr>
              <w:bidi/>
              <w:spacing w:before="0" w:after="0"/>
              <w:jc w:val="both"/>
            </w:pPr>
            <w:r>
              <w:rPr>
                <w:rFonts w:ascii="Noto Sans" w:hAnsi="Noto Sans" w:cs="Noto Sans" w:eastAsia="Noto Sans"/>
                <w:sz w:val="32"/>
                <w:szCs w:val="32"/>
                <w:rtl/>
              </w:rPr>
              <w:t>1</w:t>
            </w:r>
            <w:r>
              <w:rPr>
                <w:rFonts w:ascii="Frank Ruhl Libre" w:hAnsi="Frank Ruhl Libre" w:cs="Frank Ruhl Libre" w:eastAsia="Frank Ruhl Libre"/>
                <w:sz w:val="32"/>
                <w:szCs w:val="32"/>
                <w:rtl/>
              </w:rPr>
              <w:t>. מִתְפַּלְּלִים שָׁלֹשׁ תְּפִלּוֹת בְּכָל יוֹם.  ←  נָכוֹן</w:t>
            </w:r>
          </w:p>
          <w:p>
            <w:pPr>
              <w:bidi/>
              <w:spacing w:before="0" w:after="0"/>
              <w:jc w:val="both"/>
            </w:pPr>
            <w:r>
              <w:rPr>
                <w:rFonts w:ascii="Noto Sans" w:hAnsi="Noto Sans" w:cs="Noto Sans" w:eastAsia="Noto Sans"/>
                <w:sz w:val="32"/>
                <w:szCs w:val="32"/>
                <w:rtl/>
              </w:rPr>
              <w:t>2</w:t>
            </w:r>
            <w:r>
              <w:rPr>
                <w:rFonts w:ascii="Frank Ruhl Libre" w:hAnsi="Frank Ruhl Libre" w:cs="Frank Ruhl Libre" w:eastAsia="Frank Ruhl Libre"/>
                <w:sz w:val="32"/>
                <w:szCs w:val="32"/>
                <w:rtl/>
              </w:rPr>
              <w:t>. שַׁחֲרִית הִיא תְּפִלַּת הַלַּיְלָה.  ←  לֹא נָכוֹן</w:t>
            </w:r>
          </w:p>
          <w:p>
            <w:pPr>
              <w:bidi/>
              <w:spacing w:before="0" w:after="0"/>
              <w:jc w:val="both"/>
            </w:pPr>
            <w:r>
              <w:rPr>
                <w:rFonts w:ascii="Noto Sans" w:hAnsi="Noto Sans" w:cs="Noto Sans" w:eastAsia="Noto Sans"/>
                <w:sz w:val="32"/>
                <w:szCs w:val="32"/>
                <w:rtl/>
              </w:rPr>
              <w:t>3</w:t>
            </w:r>
            <w:r>
              <w:rPr>
                <w:rFonts w:ascii="Frank Ruhl Libre" w:hAnsi="Frank Ruhl Libre" w:cs="Frank Ruhl Libre" w:eastAsia="Frank Ruhl Libre"/>
                <w:sz w:val="32"/>
                <w:szCs w:val="32"/>
                <w:rtl/>
              </w:rPr>
              <w:t>. כַּוָּנָה הִיא לַחְשֹׁב עַל הַמִּלִּים.  ←  נָכוֹן</w:t>
            </w:r>
          </w:p>
          <w:p>
            <w:pPr>
              <w:bidi/>
              <w:spacing w:before="0" w:after="0"/>
              <w:jc w:val="both"/>
            </w:pPr>
            <w:r>
              <w:rPr>
                <w:rFonts w:ascii="Noto Sans" w:hAnsi="Noto Sans" w:cs="Noto Sans" w:eastAsia="Noto Sans"/>
                <w:sz w:val="32"/>
                <w:szCs w:val="32"/>
                <w:rtl/>
              </w:rPr>
              <w:t>4</w:t>
            </w:r>
            <w:r>
              <w:rPr>
                <w:rFonts w:ascii="Frank Ruhl Libre" w:hAnsi="Frank Ruhl Libre" w:cs="Frank Ruhl Libre" w:eastAsia="Frank Ruhl Libre"/>
                <w:sz w:val="32"/>
                <w:szCs w:val="32"/>
                <w:rtl/>
              </w:rPr>
              <w:t>. מֻתָּר לְשַׂחֵק בְּאֶמְצַע הַתְּפִלָּה.  ←  לֹא נָכוֹן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Frank Ruhl Libre" w:hAnsi="Frank Ruhl Libre" w:cs="Frank Ruhl Libre" w:eastAsia="Frank Ruhl Libre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24" w:space="0" w:color="16A085"/>
              <w:left w:val="single" w:sz="24" w:space="0" w:color="16A085"/>
              <w:bottom w:val="single" w:sz="24" w:space="0" w:color="16A085"/>
              <w:right w:val="single" w:sz="24" w:space="0" w:color="16A085"/>
            </w:tcBorders>
            <w:shd w:val="clear" w:color="auto" w:fill="E8F6F3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60"/>
              <w:jc w:val="both"/>
            </w:pPr>
            <w:r>
              <w:rPr>
                <w:rFonts w:ascii="Frank Ruhl Libre" w:hAnsi="Frank Ruhl Libre" w:cs="Frank Ruhl Libre" w:eastAsia="Frank Ruhl Libre"/>
                <w:b/>
                <w:bCs/>
                <w:color w:val="FFFFFF"/>
                <w:sz w:val="38"/>
                <w:szCs w:val="38"/>
                <w:shd w:val="clear" w:color="auto" w:fill="16A085"/>
                <w:rtl/>
              </w:rPr>
              <w:t xml:space="preserve"> מְשִׂימָה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8"/>
                <w:szCs w:val="38"/>
                <w:shd w:val="clear" w:color="auto" w:fill="16A085"/>
                <w:rtl/>
              </w:rPr>
              <w:t>2</w:t>
            </w:r>
            <w:r>
              <w:rPr>
                <w:rFonts w:ascii="Frank Ruhl Libre" w:hAnsi="Frank Ruhl Libre" w:cs="Frank Ruhl Libre" w:eastAsia="Frank Ruhl Libre"/>
                <w:b/>
                <w:bCs/>
                <w:color w:val="FFFFFF"/>
                <w:sz w:val="38"/>
                <w:szCs w:val="38"/>
                <w:shd w:val="clear" w:color="auto" w:fill="16A085"/>
                <w:rtl/>
              </w:rPr>
              <w:t xml:space="preserve"> </w:t>
            </w:r>
            <w:r>
              <w:rPr>
                <w:rFonts w:ascii="Frank Ruhl Libre" w:hAnsi="Frank Ruhl Libre" w:cs="Frank Ruhl Libre" w:eastAsia="Frank Ruhl Libre"/>
                <w:sz w:val="38"/>
                <w:szCs w:val="38"/>
                <w:rtl/>
              </w:rPr>
              <w:t xml:space="preserve">  </w:t>
            </w:r>
            <w:r>
              <w:rPr>
                <w:rFonts w:ascii="Frank Ruhl Libre" w:hAnsi="Frank Ruhl Libre" w:cs="Frank Ruhl Libre" w:eastAsia="Frank Ruhl Libre"/>
                <w:b/>
                <w:bCs/>
                <w:color w:val="1B2631"/>
                <w:sz w:val="38"/>
                <w:szCs w:val="38"/>
                <w:rtl/>
              </w:rPr>
              <w:t>סֵדֶר הַבֹּקֶר שֶׁלִּי</w:t>
            </w:r>
          </w:p>
          <w:p>
            <w:pPr>
              <w:bidi/>
              <w:spacing w:before="0" w:after="60"/>
              <w:jc w:val="both"/>
            </w:pPr>
            <w:r>
              <w:rPr>
                <w:rFonts w:ascii="Frank Ruhl Libre" w:hAnsi="Frank Ruhl Libre" w:cs="Frank Ruhl Libre" w:eastAsia="Frank Ruhl Libre"/>
                <w:color w:val="444444"/>
                <w:sz w:val="34"/>
                <w:szCs w:val="34"/>
                <w:rtl/>
              </w:rPr>
              <w:t>גִּזְרוּ אֶת הַכַּרְטִיסִים מִדַּף הַגְּזִירָה וְהַדְבִּיקוּ לְפִי הַסֵּדֶר.</w:t>
            </w:r>
          </w:p>
          <w:p>
            <w:pPr>
              <w:bidi/>
              <w:spacing w:before="0" w:after="0"/>
              <w:jc w:val="both"/>
            </w:pPr>
            <w:r>
              <w:rPr>
                <w:rFonts w:ascii="Noto Sans" w:hAnsi="Noto Sans" w:cs="Noto Sans" w:eastAsia="Noto Sans"/>
                <w:sz w:val="32"/>
                <w:szCs w:val="32"/>
                <w:rtl/>
              </w:rPr>
              <w:t>1</w:t>
            </w:r>
            <w:r>
              <w:rPr>
                <w:rFonts w:ascii="Frank Ruhl Libre" w:hAnsi="Frank Ruhl Libre" w:cs="Frank Ruhl Libre" w:eastAsia="Frank Ruhl Libre"/>
                <w:sz w:val="32"/>
                <w:szCs w:val="32"/>
                <w:rtl/>
              </w:rPr>
              <w:t xml:space="preserve"> – אוֹמְרִים מוֹדֶה אֲנִי · </w:t>
            </w:r>
            <w:r>
              <w:rPr>
                <w:rFonts w:ascii="Noto Sans" w:hAnsi="Noto Sans" w:cs="Noto Sans" w:eastAsia="Noto Sans"/>
                <w:sz w:val="32"/>
                <w:szCs w:val="32"/>
                <w:rtl/>
              </w:rPr>
              <w:t>2</w:t>
            </w:r>
            <w:r>
              <w:rPr>
                <w:rFonts w:ascii="Frank Ruhl Libre" w:hAnsi="Frank Ruhl Libre" w:cs="Frank Ruhl Libre" w:eastAsia="Frank Ruhl Libre"/>
                <w:sz w:val="32"/>
                <w:szCs w:val="32"/>
                <w:rtl/>
              </w:rPr>
              <w:t xml:space="preserve"> – נוֹטְלִים יָדַיִם · </w:t>
            </w:r>
            <w:r>
              <w:rPr>
                <w:rFonts w:ascii="Noto Sans" w:hAnsi="Noto Sans" w:cs="Noto Sans" w:eastAsia="Noto Sans"/>
                <w:sz w:val="32"/>
                <w:szCs w:val="32"/>
                <w:rtl/>
              </w:rPr>
              <w:t>3</w:t>
            </w:r>
            <w:r>
              <w:rPr>
                <w:rFonts w:ascii="Frank Ruhl Libre" w:hAnsi="Frank Ruhl Libre" w:cs="Frank Ruhl Libre" w:eastAsia="Frank Ruhl Libre"/>
                <w:sz w:val="32"/>
                <w:szCs w:val="32"/>
                <w:rtl/>
              </w:rPr>
              <w:t xml:space="preserve"> – מְבָרְכִים בִּרְכוֹת הַשַּׁחַר · </w:t>
            </w:r>
            <w:r>
              <w:rPr>
                <w:rFonts w:ascii="Noto Sans" w:hAnsi="Noto Sans" w:cs="Noto Sans" w:eastAsia="Noto Sans"/>
                <w:sz w:val="32"/>
                <w:szCs w:val="32"/>
                <w:rtl/>
              </w:rPr>
              <w:t>4</w:t>
            </w:r>
            <w:r>
              <w:rPr>
                <w:rFonts w:ascii="Frank Ruhl Libre" w:hAnsi="Frank Ruhl Libre" w:cs="Frank Ruhl Libre" w:eastAsia="Frank Ruhl Libre"/>
                <w:sz w:val="32"/>
                <w:szCs w:val="32"/>
                <w:rtl/>
              </w:rPr>
              <w:t xml:space="preserve"> – מִתְפַּלְּלִים שַׁחֲרִית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Frank Ruhl Libre" w:hAnsi="Frank Ruhl Libre" w:cs="Frank Ruhl Libre" w:eastAsia="Frank Ruhl Libre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24" w:space="0" w:color="16A085"/>
              <w:left w:val="single" w:sz="24" w:space="0" w:color="16A085"/>
              <w:bottom w:val="single" w:sz="24" w:space="0" w:color="16A085"/>
              <w:right w:val="single" w:sz="24" w:space="0" w:color="16A085"/>
            </w:tcBorders>
            <w:shd w:val="clear" w:color="auto" w:fill="E8F6F3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60"/>
              <w:jc w:val="both"/>
            </w:pPr>
            <w:r>
              <w:rPr>
                <w:rFonts w:ascii="Frank Ruhl Libre" w:hAnsi="Frank Ruhl Libre" w:cs="Frank Ruhl Libre" w:eastAsia="Frank Ruhl Libre"/>
                <w:b/>
                <w:bCs/>
                <w:color w:val="FFFFFF"/>
                <w:sz w:val="38"/>
                <w:szCs w:val="38"/>
                <w:shd w:val="clear" w:color="auto" w:fill="16A085"/>
                <w:rtl/>
              </w:rPr>
              <w:t xml:space="preserve"> מְשִׂימָה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8"/>
                <w:szCs w:val="38"/>
                <w:shd w:val="clear" w:color="auto" w:fill="16A085"/>
                <w:rtl/>
              </w:rPr>
              <w:t>3</w:t>
            </w:r>
            <w:r>
              <w:rPr>
                <w:rFonts w:ascii="Frank Ruhl Libre" w:hAnsi="Frank Ruhl Libre" w:cs="Frank Ruhl Libre" w:eastAsia="Frank Ruhl Libre"/>
                <w:b/>
                <w:bCs/>
                <w:color w:val="FFFFFF"/>
                <w:sz w:val="38"/>
                <w:szCs w:val="38"/>
                <w:shd w:val="clear" w:color="auto" w:fill="16A085"/>
                <w:rtl/>
              </w:rPr>
              <w:t xml:space="preserve"> </w:t>
            </w:r>
            <w:r>
              <w:rPr>
                <w:rFonts w:ascii="Frank Ruhl Libre" w:hAnsi="Frank Ruhl Libre" w:cs="Frank Ruhl Libre" w:eastAsia="Frank Ruhl Libre"/>
                <w:sz w:val="38"/>
                <w:szCs w:val="38"/>
                <w:rtl/>
              </w:rPr>
              <w:t xml:space="preserve">  </w:t>
            </w:r>
            <w:r>
              <w:rPr>
                <w:rFonts w:ascii="Frank Ruhl Libre" w:hAnsi="Frank Ruhl Libre" w:cs="Frank Ruhl Libre" w:eastAsia="Frank Ruhl Libre"/>
                <w:b/>
                <w:bCs/>
                <w:color w:val="1B2631"/>
                <w:sz w:val="38"/>
                <w:szCs w:val="38"/>
                <w:rtl/>
              </w:rPr>
              <w:t>אֵיזוֹ תְּפִלָּה וּמָתַי?</w:t>
            </w:r>
          </w:p>
          <w:p>
            <w:pPr>
              <w:bidi/>
              <w:spacing w:before="0" w:after="60"/>
              <w:jc w:val="both"/>
            </w:pPr>
            <w:r>
              <w:rPr>
                <w:rFonts w:ascii="Frank Ruhl Libre" w:hAnsi="Frank Ruhl Libre" w:cs="Frank Ruhl Libre" w:eastAsia="Frank Ruhl Libre"/>
                <w:color w:val="444444"/>
                <w:sz w:val="34"/>
                <w:szCs w:val="34"/>
                <w:rtl/>
              </w:rPr>
              <w:t>מִתְחוּ קַו מֵהַתְּפִלָּה אֶל הַזְּמַן שֶׁלָּהּ.</w:t>
            </w:r>
          </w:p>
          <w:p>
            <w:pPr>
              <w:bidi/>
              <w:spacing w:before="0" w:after="0"/>
              <w:jc w:val="both"/>
            </w:pPr>
            <w:r>
              <w:rPr>
                <w:rFonts w:ascii="Frank Ruhl Libre" w:hAnsi="Frank Ruhl Libre" w:cs="Frank Ruhl Libre" w:eastAsia="Frank Ruhl Libre"/>
                <w:sz w:val="32"/>
                <w:szCs w:val="32"/>
                <w:rtl/>
              </w:rPr>
              <w:t>שַׁחֲרִית  ←  בַּבֹּקֶר</w:t>
            </w:r>
          </w:p>
          <w:p>
            <w:pPr>
              <w:bidi/>
              <w:spacing w:before="0" w:after="0"/>
              <w:jc w:val="both"/>
            </w:pPr>
            <w:r>
              <w:rPr>
                <w:rFonts w:ascii="Frank Ruhl Libre" w:hAnsi="Frank Ruhl Libre" w:cs="Frank Ruhl Libre" w:eastAsia="Frank Ruhl Libre"/>
                <w:sz w:val="32"/>
                <w:szCs w:val="32"/>
                <w:rtl/>
              </w:rPr>
              <w:t>מִנְחָה  ←  אַחַר הַצָּהֳרַיִם</w:t>
            </w:r>
          </w:p>
          <w:p>
            <w:pPr>
              <w:bidi/>
              <w:spacing w:before="0" w:after="0"/>
              <w:jc w:val="both"/>
            </w:pPr>
            <w:r>
              <w:rPr>
                <w:rFonts w:ascii="Frank Ruhl Libre" w:hAnsi="Frank Ruhl Libre" w:cs="Frank Ruhl Libre" w:eastAsia="Frank Ruhl Libre"/>
                <w:sz w:val="32"/>
                <w:szCs w:val="32"/>
                <w:rtl/>
              </w:rPr>
              <w:t>עַרְבִית  ←  בַּלַּיְלָה</w:t>
            </w:r>
          </w:p>
          <w:p>
            <w:pPr>
              <w:bidi/>
              <w:spacing w:before="0" w:after="0"/>
              <w:jc w:val="both"/>
            </w:pPr>
            <w:r>
              <w:rPr>
                <w:rFonts w:ascii="Frank Ruhl Libre" w:hAnsi="Frank Ruhl Libre" w:cs="Frank Ruhl Libre" w:eastAsia="Frank Ruhl Libre"/>
                <w:sz w:val="32"/>
                <w:szCs w:val="32"/>
                <w:rtl/>
              </w:rPr>
              <w:t>מוֹדֶה אֲנִי  ←  כְּשֶׁקָּמִים מֵהַמִּטָּה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Frank Ruhl Libre" w:hAnsi="Frank Ruhl Libre" w:cs="Frank Ruhl Libre" w:eastAsia="Frank Ruhl Libre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24" w:space="0" w:color="16A085"/>
              <w:left w:val="single" w:sz="24" w:space="0" w:color="16A085"/>
              <w:bottom w:val="single" w:sz="24" w:space="0" w:color="16A085"/>
              <w:right w:val="single" w:sz="24" w:space="0" w:color="16A085"/>
            </w:tcBorders>
            <w:shd w:val="clear" w:color="auto" w:fill="E8F6F3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60"/>
              <w:jc w:val="both"/>
            </w:pPr>
            <w:r>
              <w:rPr>
                <w:rFonts w:ascii="Frank Ruhl Libre" w:hAnsi="Frank Ruhl Libre" w:cs="Frank Ruhl Libre" w:eastAsia="Frank Ruhl Libre"/>
                <w:b/>
                <w:bCs/>
                <w:color w:val="FFFFFF"/>
                <w:sz w:val="38"/>
                <w:szCs w:val="38"/>
                <w:shd w:val="clear" w:color="auto" w:fill="16A085"/>
                <w:rtl/>
              </w:rPr>
              <w:t xml:space="preserve"> מְשִׂימָה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8"/>
                <w:szCs w:val="38"/>
                <w:shd w:val="clear" w:color="auto" w:fill="16A085"/>
                <w:rtl/>
              </w:rPr>
              <w:t>4</w:t>
            </w:r>
            <w:r>
              <w:rPr>
                <w:rFonts w:ascii="Frank Ruhl Libre" w:hAnsi="Frank Ruhl Libre" w:cs="Frank Ruhl Libre" w:eastAsia="Frank Ruhl Libre"/>
                <w:b/>
                <w:bCs/>
                <w:color w:val="FFFFFF"/>
                <w:sz w:val="38"/>
                <w:szCs w:val="38"/>
                <w:shd w:val="clear" w:color="auto" w:fill="16A085"/>
                <w:rtl/>
              </w:rPr>
              <w:t xml:space="preserve"> </w:t>
            </w:r>
            <w:r>
              <w:rPr>
                <w:rFonts w:ascii="Frank Ruhl Libre" w:hAnsi="Frank Ruhl Libre" w:cs="Frank Ruhl Libre" w:eastAsia="Frank Ruhl Libre"/>
                <w:sz w:val="38"/>
                <w:szCs w:val="38"/>
                <w:rtl/>
              </w:rPr>
              <w:t xml:space="preserve">  </w:t>
            </w:r>
            <w:r>
              <w:rPr>
                <w:rFonts w:ascii="Frank Ruhl Libre" w:hAnsi="Frank Ruhl Libre" w:cs="Frank Ruhl Libre" w:eastAsia="Frank Ruhl Libre"/>
                <w:b/>
                <w:bCs/>
                <w:color w:val="1B2631"/>
                <w:sz w:val="38"/>
                <w:szCs w:val="38"/>
                <w:rtl/>
              </w:rPr>
              <w:t>גּוֹזְרִים וּמַדְבִּיקִים תְּמוּנוֹת</w:t>
            </w:r>
          </w:p>
          <w:p>
            <w:pPr>
              <w:bidi/>
              <w:spacing w:before="0" w:after="60"/>
              <w:jc w:val="both"/>
            </w:pPr>
            <w:r>
              <w:rPr>
                <w:rFonts w:ascii="Frank Ruhl Libre" w:hAnsi="Frank Ruhl Libre" w:cs="Frank Ruhl Libre" w:eastAsia="Frank Ruhl Libre"/>
                <w:color w:val="444444"/>
                <w:sz w:val="34"/>
                <w:szCs w:val="34"/>
                <w:rtl/>
              </w:rPr>
              <w:t>גִּזְרוּ אֶת הַתְּמוּנוֹת מִדַּף הַגְּזִירָה וְהַדְבִּיקוּ כָּל תְּמוּנָה מֵעַל הַמִּשְׁפָּט הַמַּתְאִים.</w:t>
            </w:r>
          </w:p>
          <w:p>
            <w:pPr>
              <w:bidi/>
              <w:spacing w:before="0" w:after="0"/>
              <w:jc w:val="both"/>
            </w:pPr>
            <w:r>
              <w:drawing>
                <wp:inline xmlns:a="http://schemas.openxmlformats.org/drawingml/2006/main" xmlns:pic="http://schemas.openxmlformats.org/drawingml/2006/picture">
                  <wp:extent cx="396000" cy="396000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emo_4660721210_330.png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96000" cy="396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Frank Ruhl Libre" w:hAnsi="Frank Ruhl Libre" w:cs="Frank Ruhl Libre" w:eastAsia="Frank Ruhl Libre"/>
                <w:sz w:val="32"/>
                <w:szCs w:val="32"/>
                <w:rtl/>
              </w:rPr>
              <w:t xml:space="preserve">  מִנְחָה  ←  אַחַר הַצָּהֳרַיִם מִתְפַּלְּלִים מִנְחָה.</w:t>
            </w:r>
          </w:p>
          <w:p>
            <w:pPr>
              <w:bidi/>
              <w:spacing w:before="0" w:after="0"/>
              <w:jc w:val="both"/>
            </w:pPr>
            <w:r>
              <w:drawing>
                <wp:inline xmlns:a="http://schemas.openxmlformats.org/drawingml/2006/main" xmlns:pic="http://schemas.openxmlformats.org/drawingml/2006/picture">
                  <wp:extent cx="450000" cy="394714"/>
                  <wp:docPr id="2" name="Picture 2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la_g1_t17_col1_700.png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0000" cy="394714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Frank Ruhl Libre" w:hAnsi="Frank Ruhl Libre" w:cs="Frank Ruhl Libre" w:eastAsia="Frank Ruhl Libre"/>
                <w:sz w:val="32"/>
                <w:szCs w:val="32"/>
                <w:rtl/>
              </w:rPr>
              <w:t xml:space="preserve">  הַסִּדּוּר שֶׁלִּי  ←  אֲנִי שׁוֹמֵר עַל הַסִּדּוּר בְּכָבוֹד.</w:t>
            </w:r>
          </w:p>
          <w:p>
            <w:pPr>
              <w:bidi/>
              <w:spacing w:before="0" w:after="0"/>
              <w:jc w:val="both"/>
            </w:pPr>
            <w:r>
              <w:drawing>
                <wp:inline xmlns:a="http://schemas.openxmlformats.org/drawingml/2006/main" xmlns:pic="http://schemas.openxmlformats.org/drawingml/2006/picture">
                  <wp:extent cx="399600" cy="395967"/>
                  <wp:docPr id="3" name="Picture 3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emo_43f1112351_330.png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99600" cy="395967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Frank Ruhl Libre" w:hAnsi="Frank Ruhl Libre" w:cs="Frank Ruhl Libre" w:eastAsia="Frank Ruhl Libre"/>
                <w:sz w:val="32"/>
                <w:szCs w:val="32"/>
                <w:rtl/>
              </w:rPr>
              <w:t xml:space="preserve">  עַרְבִית  ←  בַּלַּיְלָה מִתְפַּלְּלִים עַרְבִית.</w:t>
            </w:r>
          </w:p>
          <w:p>
            <w:pPr>
              <w:bidi/>
              <w:spacing w:before="0" w:after="0"/>
              <w:jc w:val="both"/>
            </w:pPr>
            <w:r>
              <w:drawing>
                <wp:inline xmlns:a="http://schemas.openxmlformats.org/drawingml/2006/main" xmlns:pic="http://schemas.openxmlformats.org/drawingml/2006/picture">
                  <wp:extent cx="327600" cy="394021"/>
                  <wp:docPr id="4" name="Picture 4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la_g1_t17_col2_700.png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7600" cy="394021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Frank Ruhl Libre" w:hAnsi="Frank Ruhl Libre" w:cs="Frank Ruhl Libre" w:eastAsia="Frank Ruhl Libre"/>
                <w:sz w:val="32"/>
                <w:szCs w:val="32"/>
                <w:rtl/>
              </w:rPr>
              <w:t xml:space="preserve">  תְּפִלַּת שַׁחֲרִית  ←  בַּבֹּקֶר אֲנִי מִתְפַּלֵּל שַׁחֲרִית.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Frank Ruhl Libre" w:hAnsi="Frank Ruhl Libre" w:cs="Frank Ruhl Libre" w:eastAsia="Frank Ruhl Libre"/>
          <w:sz w:val="4"/>
          <w:szCs w:val="4"/>
          <w:rtl/>
        </w:rPr>
        <w:t xml:space="preserve"> </w:t>
      </w:r>
    </w:p>
    <w:p>
      <w:pPr>
        <w:bidi/>
        <w:spacing w:before="0" w:after="0" w:line="200" w:lineRule="exact"/>
        <w:jc w:val="both"/>
      </w:pPr>
      <w:r>
        <w:rPr>
          <w:rFonts w:ascii="Frank Ruhl Libre" w:hAnsi="Frank Ruhl Libre" w:cs="Frank Ruhl Libre" w:eastAsia="Frank Ruhl Libre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8" w:space="0" w:color="C0392B"/>
              <w:left w:val="single" w:sz="8" w:space="0" w:color="C0392B"/>
              <w:bottom w:val="single" w:sz="8" w:space="0" w:color="C0392B"/>
              <w:right w:val="single" w:sz="8" w:space="0" w:color="C0392B"/>
            </w:tcBorders>
            <w:shd w:val="clear" w:color="auto" w:fill="C0392B"/>
            <w:vAlign w:val="center"/>
          </w:tcPr>
          <w:p>
            <w:pPr>
              <w:bidi/>
              <w:spacing w:before="0" w:after="0"/>
              <w:jc w:val="both"/>
            </w:pPr>
            <w:r>
              <w:rPr>
                <w:rFonts w:ascii="Frank Ruhl Libre" w:hAnsi="Frank Ruhl Libre" w:cs="Frank Ruhl Libre" w:eastAsia="Frank Ruhl Libre"/>
                <w:b/>
                <w:bCs/>
                <w:color w:val="FFFFFF"/>
                <w:sz w:val="38"/>
                <w:szCs w:val="38"/>
                <w:rtl/>
              </w:rPr>
              <w:t xml:space="preserve">יְחִידָה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8"/>
                <w:szCs w:val="38"/>
                <w:rtl/>
              </w:rPr>
              <w:t>2</w:t>
            </w:r>
            <w:r>
              <w:rPr>
                <w:rFonts w:ascii="Frank Ruhl Libre" w:hAnsi="Frank Ruhl Libre" w:cs="Frank Ruhl Libre" w:eastAsia="Frank Ruhl Libre"/>
                <w:b/>
                <w:bCs/>
                <w:color w:val="FFFFFF"/>
                <w:sz w:val="38"/>
                <w:szCs w:val="38"/>
                <w:rtl/>
              </w:rPr>
              <w:t xml:space="preserve">: כָּבוֹד לַסִּדּוּר  ·  עַמּוּדִים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8"/>
                <w:szCs w:val="38"/>
                <w:rtl/>
              </w:rPr>
              <w:t>7</w:t>
            </w:r>
            <w:r>
              <w:rPr>
                <w:rFonts w:ascii="Frank Ruhl Libre" w:hAnsi="Frank Ruhl Libre" w:cs="Frank Ruhl Libre" w:eastAsia="Frank Ruhl Libre"/>
                <w:b/>
                <w:bCs/>
                <w:color w:val="FFFFFF"/>
                <w:sz w:val="38"/>
                <w:szCs w:val="38"/>
                <w:rtl/>
              </w:rPr>
              <w:t>–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8"/>
                <w:szCs w:val="38"/>
                <w:rtl/>
              </w:rPr>
              <w:t>9</w:t>
            </w:r>
          </w:p>
        </w:tc>
      </w:tr>
    </w:tbl>
    <w:p>
      <w:pPr>
        <w:bidi/>
        <w:spacing w:before="0" w:after="0" w:line="80" w:lineRule="exact"/>
        <w:jc w:val="both"/>
      </w:pPr>
      <w:r>
        <w:rPr>
          <w:rFonts w:ascii="Frank Ruhl Libre" w:hAnsi="Frank Ruhl Libre" w:cs="Frank Ruhl Libre" w:eastAsia="Frank Ruhl Libre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24" w:space="0" w:color="C0392B"/>
              <w:left w:val="single" w:sz="24" w:space="0" w:color="C0392B"/>
              <w:bottom w:val="single" w:sz="24" w:space="0" w:color="C0392B"/>
              <w:right w:val="single" w:sz="24" w:space="0" w:color="C0392B"/>
            </w:tcBorders>
            <w:shd w:val="clear" w:color="auto" w:fill="FBEAEA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60"/>
              <w:jc w:val="both"/>
            </w:pPr>
            <w:r>
              <w:rPr>
                <w:rFonts w:ascii="Frank Ruhl Libre" w:hAnsi="Frank Ruhl Libre" w:cs="Frank Ruhl Libre" w:eastAsia="Frank Ruhl Libre"/>
                <w:b/>
                <w:bCs/>
                <w:color w:val="FFFFFF"/>
                <w:sz w:val="38"/>
                <w:szCs w:val="38"/>
                <w:shd w:val="clear" w:color="auto" w:fill="C0392B"/>
                <w:rtl/>
              </w:rPr>
              <w:t xml:space="preserve"> מְשִׂימָה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8"/>
                <w:szCs w:val="38"/>
                <w:shd w:val="clear" w:color="auto" w:fill="C0392B"/>
                <w:rtl/>
              </w:rPr>
              <w:t>5</w:t>
            </w:r>
            <w:r>
              <w:rPr>
                <w:rFonts w:ascii="Frank Ruhl Libre" w:hAnsi="Frank Ruhl Libre" w:cs="Frank Ruhl Libre" w:eastAsia="Frank Ruhl Libre"/>
                <w:b/>
                <w:bCs/>
                <w:color w:val="FFFFFF"/>
                <w:sz w:val="38"/>
                <w:szCs w:val="38"/>
                <w:shd w:val="clear" w:color="auto" w:fill="C0392B"/>
                <w:rtl/>
              </w:rPr>
              <w:t xml:space="preserve"> </w:t>
            </w:r>
            <w:r>
              <w:rPr>
                <w:rFonts w:ascii="Frank Ruhl Libre" w:hAnsi="Frank Ruhl Libre" w:cs="Frank Ruhl Libre" w:eastAsia="Frank Ruhl Libre"/>
                <w:sz w:val="38"/>
                <w:szCs w:val="38"/>
                <w:rtl/>
              </w:rPr>
              <w:t xml:space="preserve">  </w:t>
            </w:r>
            <w:r>
              <w:rPr>
                <w:rFonts w:ascii="Frank Ruhl Libre" w:hAnsi="Frank Ruhl Libre" w:cs="Frank Ruhl Libre" w:eastAsia="Frank Ruhl Libre"/>
                <w:b/>
                <w:bCs/>
                <w:color w:val="1B2631"/>
                <w:sz w:val="38"/>
                <w:szCs w:val="38"/>
                <w:rtl/>
              </w:rPr>
              <w:t>בַּחֲרוּ אֶת הַתְּשׁוּבָה הַנְּכוֹנָה</w:t>
            </w:r>
          </w:p>
          <w:p>
            <w:pPr>
              <w:bidi/>
              <w:spacing w:before="0" w:after="60"/>
              <w:jc w:val="both"/>
            </w:pPr>
            <w:r>
              <w:rPr>
                <w:rFonts w:ascii="Frank Ruhl Libre" w:hAnsi="Frank Ruhl Libre" w:cs="Frank Ruhl Libre" w:eastAsia="Frank Ruhl Libre"/>
                <w:color w:val="444444"/>
                <w:sz w:val="34"/>
                <w:szCs w:val="34"/>
                <w:rtl/>
              </w:rPr>
              <w:t>הַקִּיפוּ אֶת הַתְּשׁוּבָה.</w:t>
            </w:r>
          </w:p>
          <w:p>
            <w:pPr>
              <w:bidi/>
              <w:spacing w:before="60" w:after="0"/>
              <w:jc w:val="both"/>
            </w:pPr>
            <w:r>
              <w:rPr>
                <w:rFonts w:ascii="Noto Sans" w:hAnsi="Noto Sans" w:cs="Noto Sans" w:eastAsia="Noto Sans"/>
                <w:b/>
                <w:bCs/>
                <w:sz w:val="34"/>
                <w:szCs w:val="34"/>
                <w:rtl/>
              </w:rPr>
              <w:t>1</w:t>
            </w:r>
            <w:r>
              <w:rPr>
                <w:rFonts w:ascii="Frank Ruhl Libre" w:hAnsi="Frank Ruhl Libre" w:cs="Frank Ruhl Libre" w:eastAsia="Frank Ruhl Libre"/>
                <w:b/>
                <w:bCs/>
                <w:sz w:val="34"/>
                <w:szCs w:val="34"/>
                <w:rtl/>
              </w:rPr>
              <w:t>. סִדּוּר נָפַל עַל הָרִצְפָּה. מָה עוֹשִׂים?</w:t>
            </w:r>
          </w:p>
          <w:p>
            <w:pPr>
              <w:bidi/>
              <w:spacing w:before="0" w:after="0"/>
              <w:jc w:val="both"/>
            </w:pPr>
            <w:r>
              <w:rPr>
                <w:rFonts w:ascii="Frank Ruhl Libre" w:hAnsi="Frank Ruhl Libre" w:cs="Frank Ruhl Libre" w:eastAsia="Frank Ruhl Libre"/>
                <w:color w:val="1E8449"/>
                <w:sz w:val="32"/>
                <w:szCs w:val="32"/>
                <w:rtl/>
              </w:rPr>
              <w:t>✔ מְרִימִים וּמְנַשְּׁקִים</w:t>
            </w:r>
          </w:p>
          <w:p>
            <w:pPr>
              <w:bidi/>
              <w:spacing w:before="60" w:after="0"/>
              <w:jc w:val="both"/>
            </w:pPr>
            <w:r>
              <w:rPr>
                <w:rFonts w:ascii="Noto Sans" w:hAnsi="Noto Sans" w:cs="Noto Sans" w:eastAsia="Noto Sans"/>
                <w:b/>
                <w:bCs/>
                <w:sz w:val="34"/>
                <w:szCs w:val="34"/>
                <w:rtl/>
              </w:rPr>
              <w:t>2</w:t>
            </w:r>
            <w:r>
              <w:rPr>
                <w:rFonts w:ascii="Frank Ruhl Libre" w:hAnsi="Frank Ruhl Libre" w:cs="Frank Ruhl Libre" w:eastAsia="Frank Ruhl Libre"/>
                <w:b/>
                <w:bCs/>
                <w:sz w:val="34"/>
                <w:szCs w:val="34"/>
                <w:rtl/>
              </w:rPr>
              <w:t>. סִדּוּר יָשָׁן וְקָרוּעַ. לְאָן הוּא הוֹלֵךְ?</w:t>
            </w:r>
          </w:p>
          <w:p>
            <w:pPr>
              <w:bidi/>
              <w:spacing w:before="0" w:after="0"/>
              <w:jc w:val="both"/>
            </w:pPr>
            <w:r>
              <w:rPr>
                <w:rFonts w:ascii="Frank Ruhl Libre" w:hAnsi="Frank Ruhl Libre" w:cs="Frank Ruhl Libre" w:eastAsia="Frank Ruhl Libre"/>
                <w:color w:val="1E8449"/>
                <w:sz w:val="32"/>
                <w:szCs w:val="32"/>
                <w:rtl/>
              </w:rPr>
              <w:t>✔ לִגְנִיזָה</w:t>
            </w:r>
          </w:p>
          <w:p>
            <w:pPr>
              <w:bidi/>
              <w:spacing w:before="60" w:after="0"/>
              <w:jc w:val="both"/>
            </w:pPr>
            <w:r>
              <w:rPr>
                <w:rFonts w:ascii="Noto Sans" w:hAnsi="Noto Sans" w:cs="Noto Sans" w:eastAsia="Noto Sans"/>
                <w:b/>
                <w:bCs/>
                <w:sz w:val="34"/>
                <w:szCs w:val="34"/>
                <w:rtl/>
              </w:rPr>
              <w:t>3</w:t>
            </w:r>
            <w:r>
              <w:rPr>
                <w:rFonts w:ascii="Frank Ruhl Libre" w:hAnsi="Frank Ruhl Libre" w:cs="Frank Ruhl Libre" w:eastAsia="Frank Ruhl Libre"/>
                <w:b/>
                <w:bCs/>
                <w:sz w:val="34"/>
                <w:szCs w:val="34"/>
                <w:rtl/>
              </w:rPr>
              <w:t>. עַל מָה מַנִּיחִים סִדּוּר?</w:t>
            </w:r>
          </w:p>
          <w:p>
            <w:pPr>
              <w:bidi/>
              <w:spacing w:before="0" w:after="0"/>
              <w:jc w:val="both"/>
            </w:pPr>
            <w:r>
              <w:rPr>
                <w:rFonts w:ascii="Frank Ruhl Libre" w:hAnsi="Frank Ruhl Libre" w:cs="Frank Ruhl Libre" w:eastAsia="Frank Ruhl Libre"/>
                <w:color w:val="1E8449"/>
                <w:sz w:val="32"/>
                <w:szCs w:val="32"/>
                <w:rtl/>
              </w:rPr>
              <w:t>✔ עַל הַשֻּׁלְחָן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Frank Ruhl Libre" w:hAnsi="Frank Ruhl Libre" w:cs="Frank Ruhl Libre" w:eastAsia="Frank Ruhl Libre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24" w:space="0" w:color="C0392B"/>
              <w:left w:val="single" w:sz="24" w:space="0" w:color="C0392B"/>
              <w:bottom w:val="single" w:sz="24" w:space="0" w:color="C0392B"/>
              <w:right w:val="single" w:sz="24" w:space="0" w:color="C0392B"/>
            </w:tcBorders>
            <w:shd w:val="clear" w:color="auto" w:fill="FBEAEA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60"/>
              <w:jc w:val="both"/>
            </w:pPr>
            <w:r>
              <w:rPr>
                <w:rFonts w:ascii="Frank Ruhl Libre" w:hAnsi="Frank Ruhl Libre" w:cs="Frank Ruhl Libre" w:eastAsia="Frank Ruhl Libre"/>
                <w:b/>
                <w:bCs/>
                <w:color w:val="FFFFFF"/>
                <w:sz w:val="38"/>
                <w:szCs w:val="38"/>
                <w:shd w:val="clear" w:color="auto" w:fill="C0392B"/>
                <w:rtl/>
              </w:rPr>
              <w:t xml:space="preserve"> מְשִׂימָה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8"/>
                <w:szCs w:val="38"/>
                <w:shd w:val="clear" w:color="auto" w:fill="C0392B"/>
                <w:rtl/>
              </w:rPr>
              <w:t>6</w:t>
            </w:r>
            <w:r>
              <w:rPr>
                <w:rFonts w:ascii="Frank Ruhl Libre" w:hAnsi="Frank Ruhl Libre" w:cs="Frank Ruhl Libre" w:eastAsia="Frank Ruhl Libre"/>
                <w:b/>
                <w:bCs/>
                <w:color w:val="FFFFFF"/>
                <w:sz w:val="38"/>
                <w:szCs w:val="38"/>
                <w:shd w:val="clear" w:color="auto" w:fill="C0392B"/>
                <w:rtl/>
              </w:rPr>
              <w:t xml:space="preserve"> </w:t>
            </w:r>
            <w:r>
              <w:rPr>
                <w:rFonts w:ascii="Frank Ruhl Libre" w:hAnsi="Frank Ruhl Libre" w:cs="Frank Ruhl Libre" w:eastAsia="Frank Ruhl Libre"/>
                <w:sz w:val="38"/>
                <w:szCs w:val="38"/>
                <w:rtl/>
              </w:rPr>
              <w:t xml:space="preserve">  </w:t>
            </w:r>
            <w:r>
              <w:rPr>
                <w:rFonts w:ascii="Frank Ruhl Libre" w:hAnsi="Frank Ruhl Libre" w:cs="Frank Ruhl Libre" w:eastAsia="Frank Ruhl Libre"/>
                <w:b/>
                <w:bCs/>
                <w:color w:val="1B2631"/>
                <w:sz w:val="38"/>
                <w:szCs w:val="38"/>
                <w:rtl/>
              </w:rPr>
              <w:t>כָּבוֹד לַסִּדּוּר – מִיְּנוּ</w:t>
            </w:r>
          </w:p>
          <w:p>
            <w:pPr>
              <w:bidi/>
              <w:spacing w:before="0" w:after="60"/>
              <w:jc w:val="both"/>
            </w:pPr>
            <w:r>
              <w:rPr>
                <w:rFonts w:ascii="Frank Ruhl Libre" w:hAnsi="Frank Ruhl Libre" w:cs="Frank Ruhl Libre" w:eastAsia="Frank Ruhl Libre"/>
                <w:color w:val="444444"/>
                <w:sz w:val="34"/>
                <w:szCs w:val="34"/>
                <w:rtl/>
              </w:rPr>
              <w:t>כִּתְבוּ כָּל מִשְׁפָּט בַּטּוּר הַמַּתְאִים.</w:t>
            </w:r>
          </w:p>
          <w:p>
            <w:pPr>
              <w:bidi/>
              <w:spacing w:before="0" w:after="0"/>
              <w:jc w:val="both"/>
            </w:pPr>
            <w:r>
              <w:rPr>
                <w:rFonts w:ascii="Frank Ruhl Libre" w:hAnsi="Frank Ruhl Libre" w:cs="Frank Ruhl Libre" w:eastAsia="Frank Ruhl Libre"/>
                <w:sz w:val="32"/>
                <w:szCs w:val="32"/>
                <w:rtl/>
              </w:rPr>
              <w:t>כָּךְ נָכוֹן: מַנִּיחִים סִדּוּר עַל הַשֻּׁלְחָן · מְנַשְּׁקִים סִדּוּר שֶׁנָּפַל · מַחְזִירִים סִדּוּר לַמַּדָּף</w:t>
            </w:r>
          </w:p>
          <w:p>
            <w:pPr>
              <w:bidi/>
              <w:spacing w:before="0" w:after="0"/>
              <w:jc w:val="both"/>
            </w:pPr>
            <w:r>
              <w:rPr>
                <w:rFonts w:ascii="Frank Ruhl Libre" w:hAnsi="Frank Ruhl Libre" w:cs="Frank Ruhl Libre" w:eastAsia="Frank Ruhl Libre"/>
                <w:sz w:val="32"/>
                <w:szCs w:val="32"/>
                <w:rtl/>
              </w:rPr>
              <w:t>כָּךְ לֹא עוֹשִׂים: זוֹרְקִים סִדּוּר לְחָבֵר · יוֹשְׁבִים עַל סִדּוּר · שָׂמִים סִדּוּר יָשָׁן בַּפַּח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Frank Ruhl Libre" w:hAnsi="Frank Ruhl Libre" w:cs="Frank Ruhl Libre" w:eastAsia="Frank Ruhl Libre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24" w:space="0" w:color="C0392B"/>
              <w:left w:val="single" w:sz="24" w:space="0" w:color="C0392B"/>
              <w:bottom w:val="single" w:sz="24" w:space="0" w:color="C0392B"/>
              <w:right w:val="single" w:sz="24" w:space="0" w:color="C0392B"/>
            </w:tcBorders>
            <w:shd w:val="clear" w:color="auto" w:fill="FBEAEA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60"/>
              <w:jc w:val="both"/>
            </w:pPr>
            <w:r>
              <w:rPr>
                <w:rFonts w:ascii="Frank Ruhl Libre" w:hAnsi="Frank Ruhl Libre" w:cs="Frank Ruhl Libre" w:eastAsia="Frank Ruhl Libre"/>
                <w:b/>
                <w:bCs/>
                <w:color w:val="FFFFFF"/>
                <w:sz w:val="38"/>
                <w:szCs w:val="38"/>
                <w:shd w:val="clear" w:color="auto" w:fill="C0392B"/>
                <w:rtl/>
              </w:rPr>
              <w:t xml:space="preserve"> מְשִׂימָה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8"/>
                <w:szCs w:val="38"/>
                <w:shd w:val="clear" w:color="auto" w:fill="C0392B"/>
                <w:rtl/>
              </w:rPr>
              <w:t>7</w:t>
            </w:r>
            <w:r>
              <w:rPr>
                <w:rFonts w:ascii="Frank Ruhl Libre" w:hAnsi="Frank Ruhl Libre" w:cs="Frank Ruhl Libre" w:eastAsia="Frank Ruhl Libre"/>
                <w:b/>
                <w:bCs/>
                <w:color w:val="FFFFFF"/>
                <w:sz w:val="38"/>
                <w:szCs w:val="38"/>
                <w:shd w:val="clear" w:color="auto" w:fill="C0392B"/>
                <w:rtl/>
              </w:rPr>
              <w:t xml:space="preserve"> </w:t>
            </w:r>
            <w:r>
              <w:rPr>
                <w:rFonts w:ascii="Frank Ruhl Libre" w:hAnsi="Frank Ruhl Libre" w:cs="Frank Ruhl Libre" w:eastAsia="Frank Ruhl Libre"/>
                <w:sz w:val="38"/>
                <w:szCs w:val="38"/>
                <w:rtl/>
              </w:rPr>
              <w:t xml:space="preserve">  </w:t>
            </w:r>
            <w:r>
              <w:rPr>
                <w:rFonts w:ascii="Frank Ruhl Libre" w:hAnsi="Frank Ruhl Libre" w:cs="Frank Ruhl Libre" w:eastAsia="Frank Ruhl Libre"/>
                <w:b/>
                <w:bCs/>
                <w:color w:val="1B2631"/>
                <w:sz w:val="38"/>
                <w:szCs w:val="38"/>
                <w:rtl/>
              </w:rPr>
              <w:t>הַשְׁלִימוּ אֶת הַמִּשְׁפָּטִים</w:t>
            </w:r>
          </w:p>
          <w:p>
            <w:pPr>
              <w:bidi/>
              <w:spacing w:before="0" w:after="60"/>
              <w:jc w:val="both"/>
            </w:pPr>
            <w:r>
              <w:rPr>
                <w:rFonts w:ascii="Frank Ruhl Libre" w:hAnsi="Frank Ruhl Libre" w:cs="Frank Ruhl Libre" w:eastAsia="Frank Ruhl Libre"/>
                <w:color w:val="444444"/>
                <w:sz w:val="34"/>
                <w:szCs w:val="34"/>
                <w:rtl/>
              </w:rPr>
              <w:t>בַּחֲרוּ מִלָּה מִן הַמַּחְסָן.</w:t>
            </w:r>
          </w:p>
          <w:p>
            <w:pPr>
              <w:bidi/>
              <w:spacing w:before="0" w:after="0"/>
              <w:jc w:val="both"/>
            </w:pPr>
            <w:r>
              <w:rPr>
                <w:rFonts w:ascii="Frank Ruhl Libre" w:hAnsi="Frank Ruhl Libre" w:cs="Frank Ruhl Libre" w:eastAsia="Frank Ruhl Libre"/>
                <w:sz w:val="32"/>
                <w:szCs w:val="32"/>
                <w:rtl/>
              </w:rPr>
              <w:t>אֲנִי מִתְפַּלֵּל מִתּוֹךְ [סִדּוּר].</w:t>
            </w:r>
          </w:p>
          <w:p>
            <w:pPr>
              <w:bidi/>
              <w:spacing w:before="0" w:after="0"/>
              <w:jc w:val="both"/>
            </w:pPr>
            <w:r>
              <w:rPr>
                <w:rFonts w:ascii="Frank Ruhl Libre" w:hAnsi="Frank Ruhl Libre" w:cs="Frank Ruhl Libre" w:eastAsia="Frank Ruhl Libre"/>
                <w:sz w:val="32"/>
                <w:szCs w:val="32"/>
                <w:rtl/>
              </w:rPr>
              <w:t>הַסִּדּוּר הוּא סֵפֶר [קָדוֹשׁ].</w:t>
            </w:r>
          </w:p>
          <w:p>
            <w:pPr>
              <w:bidi/>
              <w:spacing w:before="0" w:after="0"/>
              <w:jc w:val="both"/>
            </w:pPr>
            <w:r>
              <w:rPr>
                <w:rFonts w:ascii="Frank Ruhl Libre" w:hAnsi="Frank Ruhl Libre" w:cs="Frank Ruhl Libre" w:eastAsia="Frank Ruhl Libre"/>
                <w:sz w:val="32"/>
                <w:szCs w:val="32"/>
                <w:rtl/>
              </w:rPr>
              <w:t>מָקוֹם לִסְפָרִים יְשָׁנִים נִקְרָא [גְּנִיזָה].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Frank Ruhl Libre" w:hAnsi="Frank Ruhl Libre" w:cs="Frank Ruhl Libre" w:eastAsia="Frank Ruhl Libre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24" w:space="0" w:color="C0392B"/>
              <w:left w:val="single" w:sz="24" w:space="0" w:color="C0392B"/>
              <w:bottom w:val="single" w:sz="24" w:space="0" w:color="C0392B"/>
              <w:right w:val="single" w:sz="24" w:space="0" w:color="C0392B"/>
            </w:tcBorders>
            <w:shd w:val="clear" w:color="auto" w:fill="FBEAEA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60"/>
              <w:jc w:val="both"/>
            </w:pPr>
            <w:r>
              <w:rPr>
                <w:rFonts w:ascii="Frank Ruhl Libre" w:hAnsi="Frank Ruhl Libre" w:cs="Frank Ruhl Libre" w:eastAsia="Frank Ruhl Libre"/>
                <w:b/>
                <w:bCs/>
                <w:color w:val="FFFFFF"/>
                <w:sz w:val="38"/>
                <w:szCs w:val="38"/>
                <w:shd w:val="clear" w:color="auto" w:fill="C0392B"/>
                <w:rtl/>
              </w:rPr>
              <w:t xml:space="preserve"> מְשִׂימָה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8"/>
                <w:szCs w:val="38"/>
                <w:shd w:val="clear" w:color="auto" w:fill="C0392B"/>
                <w:rtl/>
              </w:rPr>
              <w:t>8</w:t>
            </w:r>
            <w:r>
              <w:rPr>
                <w:rFonts w:ascii="Frank Ruhl Libre" w:hAnsi="Frank Ruhl Libre" w:cs="Frank Ruhl Libre" w:eastAsia="Frank Ruhl Libre"/>
                <w:b/>
                <w:bCs/>
                <w:color w:val="FFFFFF"/>
                <w:sz w:val="38"/>
                <w:szCs w:val="38"/>
                <w:shd w:val="clear" w:color="auto" w:fill="C0392B"/>
                <w:rtl/>
              </w:rPr>
              <w:t xml:space="preserve"> </w:t>
            </w:r>
            <w:r>
              <w:rPr>
                <w:rFonts w:ascii="Frank Ruhl Libre" w:hAnsi="Frank Ruhl Libre" w:cs="Frank Ruhl Libre" w:eastAsia="Frank Ruhl Libre"/>
                <w:sz w:val="38"/>
                <w:szCs w:val="38"/>
                <w:rtl/>
              </w:rPr>
              <w:t xml:space="preserve">  </w:t>
            </w:r>
            <w:r>
              <w:rPr>
                <w:rFonts w:ascii="Frank Ruhl Libre" w:hAnsi="Frank Ruhl Libre" w:cs="Frank Ruhl Libre" w:eastAsia="Frank Ruhl Libre"/>
                <w:b/>
                <w:bCs/>
                <w:color w:val="1B2631"/>
                <w:sz w:val="38"/>
                <w:szCs w:val="38"/>
                <w:rtl/>
              </w:rPr>
              <w:t>תְּמוּנָה וּמִשְׁפָּט</w:t>
            </w:r>
          </w:p>
          <w:p>
            <w:pPr>
              <w:bidi/>
              <w:spacing w:before="0" w:after="60"/>
              <w:jc w:val="both"/>
            </w:pPr>
            <w:r>
              <w:rPr>
                <w:rFonts w:ascii="Frank Ruhl Libre" w:hAnsi="Frank Ruhl Libre" w:cs="Frank Ruhl Libre" w:eastAsia="Frank Ruhl Libre"/>
                <w:color w:val="444444"/>
                <w:sz w:val="34"/>
                <w:szCs w:val="34"/>
                <w:rtl/>
              </w:rPr>
              <w:t>מִתְחוּ קַו בֵּין כָּל תְּמוּנָה לַמִּשְׁפָּט הַמַּתְאִים לָהּ.</w:t>
            </w:r>
          </w:p>
          <w:p>
            <w:pPr>
              <w:bidi/>
              <w:spacing w:before="0" w:after="0"/>
              <w:jc w:val="both"/>
            </w:pPr>
            <w:r>
              <w:drawing>
                <wp:inline xmlns:a="http://schemas.openxmlformats.org/drawingml/2006/main" xmlns:pic="http://schemas.openxmlformats.org/drawingml/2006/picture">
                  <wp:extent cx="345600" cy="394630"/>
                  <wp:docPr id="5" name="Picture 5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emo_07aadf91c3_330.png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45600" cy="39463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Frank Ruhl Libre" w:hAnsi="Frank Ruhl Libre" w:cs="Frank Ruhl Libre" w:eastAsia="Frank Ruhl Libre"/>
                <w:sz w:val="32"/>
                <w:szCs w:val="32"/>
                <w:rtl/>
              </w:rPr>
              <w:t xml:space="preserve">  ←  בְּבֵית הַכְּנֶסֶת מִתְפַּלְּלִים בְּמִנְיָן.</w:t>
            </w:r>
          </w:p>
          <w:p>
            <w:pPr>
              <w:bidi/>
              <w:spacing w:before="0" w:after="0"/>
              <w:jc w:val="both"/>
            </w:pPr>
            <w:r>
              <w:drawing>
                <wp:inline xmlns:a="http://schemas.openxmlformats.org/drawingml/2006/main" xmlns:pic="http://schemas.openxmlformats.org/drawingml/2006/picture">
                  <wp:extent cx="396000" cy="230400"/>
                  <wp:docPr id="6" name="Picture 6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emo_906cfe7eb7_330.png"/>
                          <pic:cNvPicPr/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96000" cy="2304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Frank Ruhl Libre" w:hAnsi="Frank Ruhl Libre" w:cs="Frank Ruhl Libre" w:eastAsia="Frank Ruhl Libre"/>
                <w:sz w:val="32"/>
                <w:szCs w:val="32"/>
                <w:rtl/>
              </w:rPr>
              <w:t xml:space="preserve">  ←  לִפְנֵי הַשֵּׁנָה אוֹמְרִים שְׁמַע יִשְׂרָאֵל.</w:t>
            </w:r>
          </w:p>
          <w:p>
            <w:pPr>
              <w:bidi/>
              <w:spacing w:before="0" w:after="0"/>
              <w:jc w:val="both"/>
            </w:pPr>
            <w:r>
              <w:drawing>
                <wp:inline xmlns:a="http://schemas.openxmlformats.org/drawingml/2006/main" xmlns:pic="http://schemas.openxmlformats.org/drawingml/2006/picture">
                  <wp:extent cx="396000" cy="333600"/>
                  <wp:docPr id="7" name="Picture 7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emo_1bf99567e7_330.png"/>
                          <pic:cNvPicPr/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96000" cy="3336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Frank Ruhl Libre" w:hAnsi="Frank Ruhl Libre" w:cs="Frank Ruhl Libre" w:eastAsia="Frank Ruhl Libre"/>
                <w:sz w:val="32"/>
                <w:szCs w:val="32"/>
                <w:rtl/>
              </w:rPr>
              <w:t xml:space="preserve">  ←  לִפְנֵי הָאֹכֶל מְבָרְכִים.</w:t>
            </w:r>
          </w:p>
          <w:p>
            <w:pPr>
              <w:bidi/>
              <w:spacing w:before="0" w:after="0"/>
              <w:jc w:val="both"/>
            </w:pPr>
            <w:r>
              <w:drawing>
                <wp:inline xmlns:a="http://schemas.openxmlformats.org/drawingml/2006/main" xmlns:pic="http://schemas.openxmlformats.org/drawingml/2006/picture">
                  <wp:extent cx="396000" cy="396000"/>
                  <wp:docPr id="8" name="Picture 8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emo_7c99c5df0e_330.png"/>
                          <pic:cNvPicPr/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96000" cy="396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Frank Ruhl Libre" w:hAnsi="Frank Ruhl Libre" w:cs="Frank Ruhl Libre" w:eastAsia="Frank Ruhl Libre"/>
                <w:sz w:val="32"/>
                <w:szCs w:val="32"/>
                <w:rtl/>
              </w:rPr>
              <w:t xml:space="preserve">  ←  בַּבֹּקֶר אוֹמְרִים מוֹדֶה אֲנִי.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Frank Ruhl Libre" w:hAnsi="Frank Ruhl Libre" w:cs="Frank Ruhl Libre" w:eastAsia="Frank Ruhl Libre"/>
          <w:sz w:val="4"/>
          <w:szCs w:val="4"/>
          <w:rtl/>
        </w:rPr>
        <w:t xml:space="preserve"> </w:t>
      </w:r>
    </w:p>
    <w:p>
      <w:pPr>
        <w:bidi/>
        <w:spacing w:before="0" w:after="0" w:line="200" w:lineRule="exact"/>
        <w:jc w:val="both"/>
      </w:pPr>
      <w:r>
        <w:rPr>
          <w:rFonts w:ascii="Frank Ruhl Libre" w:hAnsi="Frank Ruhl Libre" w:cs="Frank Ruhl Libre" w:eastAsia="Frank Ruhl Libre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8" w:space="0" w:color="7D3C98"/>
              <w:left w:val="single" w:sz="8" w:space="0" w:color="7D3C98"/>
              <w:bottom w:val="single" w:sz="8" w:space="0" w:color="7D3C98"/>
              <w:right w:val="single" w:sz="8" w:space="0" w:color="7D3C98"/>
            </w:tcBorders>
            <w:shd w:val="clear" w:color="auto" w:fill="7D3C98"/>
            <w:vAlign w:val="center"/>
          </w:tcPr>
          <w:p>
            <w:pPr>
              <w:bidi/>
              <w:spacing w:before="0" w:after="0"/>
              <w:jc w:val="both"/>
            </w:pPr>
            <w:r>
              <w:rPr>
                <w:rFonts w:ascii="Frank Ruhl Libre" w:hAnsi="Frank Ruhl Libre" w:cs="Frank Ruhl Libre" w:eastAsia="Frank Ruhl Libre"/>
                <w:b/>
                <w:bCs/>
                <w:color w:val="FFFFFF"/>
                <w:sz w:val="38"/>
                <w:szCs w:val="38"/>
                <w:rtl/>
              </w:rPr>
              <w:t xml:space="preserve">מָה לָמַדְנוּ?  ·  עַמּוּד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8"/>
                <w:szCs w:val="38"/>
                <w:rtl/>
              </w:rPr>
              <w:t>10</w:t>
            </w:r>
          </w:p>
        </w:tc>
      </w:tr>
    </w:tbl>
    <w:p>
      <w:pPr>
        <w:bidi/>
        <w:spacing w:before="0" w:after="0" w:line="80" w:lineRule="exact"/>
        <w:jc w:val="both"/>
      </w:pPr>
      <w:r>
        <w:rPr>
          <w:rFonts w:ascii="Frank Ruhl Libre" w:hAnsi="Frank Ruhl Libre" w:cs="Frank Ruhl Libre" w:eastAsia="Frank Ruhl Libre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24" w:space="0" w:color="7D3C98"/>
              <w:left w:val="single" w:sz="24" w:space="0" w:color="7D3C98"/>
              <w:bottom w:val="single" w:sz="24" w:space="0" w:color="7D3C98"/>
              <w:right w:val="single" w:sz="24" w:space="0" w:color="7D3C98"/>
            </w:tcBorders>
            <w:shd w:val="clear" w:color="auto" w:fill="FFFFFF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60"/>
              <w:jc w:val="both"/>
            </w:pPr>
            <w:r>
              <w:rPr>
                <w:rFonts w:ascii="Frank Ruhl Libre" w:hAnsi="Frank Ruhl Libre" w:cs="Frank Ruhl Libre" w:eastAsia="Frank Ruhl Libre"/>
                <w:b/>
                <w:bCs/>
                <w:color w:val="FFFFFF"/>
                <w:sz w:val="38"/>
                <w:szCs w:val="38"/>
                <w:shd w:val="clear" w:color="auto" w:fill="7D3C98"/>
                <w:rtl/>
              </w:rPr>
              <w:t xml:space="preserve"> מְשִׂימָה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8"/>
                <w:szCs w:val="38"/>
                <w:shd w:val="clear" w:color="auto" w:fill="7D3C98"/>
                <w:rtl/>
              </w:rPr>
              <w:t>9</w:t>
            </w:r>
            <w:r>
              <w:rPr>
                <w:rFonts w:ascii="Frank Ruhl Libre" w:hAnsi="Frank Ruhl Libre" w:cs="Frank Ruhl Libre" w:eastAsia="Frank Ruhl Libre"/>
                <w:b/>
                <w:bCs/>
                <w:color w:val="FFFFFF"/>
                <w:sz w:val="38"/>
                <w:szCs w:val="38"/>
                <w:shd w:val="clear" w:color="auto" w:fill="7D3C98"/>
                <w:rtl/>
              </w:rPr>
              <w:t xml:space="preserve"> </w:t>
            </w:r>
            <w:r>
              <w:rPr>
                <w:rFonts w:ascii="Frank Ruhl Libre" w:hAnsi="Frank Ruhl Libre" w:cs="Frank Ruhl Libre" w:eastAsia="Frank Ruhl Libre"/>
                <w:sz w:val="38"/>
                <w:szCs w:val="38"/>
                <w:rtl/>
              </w:rPr>
              <w:t xml:space="preserve">  </w:t>
            </w:r>
            <w:r>
              <w:rPr>
                <w:rFonts w:ascii="Frank Ruhl Libre" w:hAnsi="Frank Ruhl Libre" w:cs="Frank Ruhl Libre" w:eastAsia="Frank Ruhl Libre"/>
                <w:b/>
                <w:bCs/>
                <w:color w:val="1B2631"/>
                <w:sz w:val="38"/>
                <w:szCs w:val="38"/>
                <w:rtl/>
              </w:rPr>
              <w:t>בַּחֲרוּ אֶת הַתְּשׁוּבָה הַנְּכוֹנָה</w:t>
            </w:r>
          </w:p>
          <w:p>
            <w:pPr>
              <w:bidi/>
              <w:spacing w:before="60" w:after="0"/>
              <w:jc w:val="both"/>
            </w:pPr>
            <w:r>
              <w:rPr>
                <w:rFonts w:ascii="Noto Sans" w:hAnsi="Noto Sans" w:cs="Noto Sans" w:eastAsia="Noto Sans"/>
                <w:b/>
                <w:bCs/>
                <w:sz w:val="34"/>
                <w:szCs w:val="34"/>
                <w:rtl/>
              </w:rPr>
              <w:t>1</w:t>
            </w:r>
            <w:r>
              <w:rPr>
                <w:rFonts w:ascii="Frank Ruhl Libre" w:hAnsi="Frank Ruhl Libre" w:cs="Frank Ruhl Libre" w:eastAsia="Frank Ruhl Libre"/>
                <w:b/>
                <w:bCs/>
                <w:sz w:val="34"/>
                <w:szCs w:val="34"/>
                <w:rtl/>
              </w:rPr>
              <w:t>. כַּמָּה תְּפִלּוֹת בְּכָל יוֹם?</w:t>
            </w:r>
          </w:p>
          <w:p>
            <w:pPr>
              <w:bidi/>
              <w:spacing w:before="0" w:after="0"/>
              <w:jc w:val="both"/>
            </w:pPr>
            <w:r>
              <w:rPr>
                <w:rFonts w:ascii="Frank Ruhl Libre" w:hAnsi="Frank Ruhl Libre" w:cs="Frank Ruhl Libre" w:eastAsia="Frank Ruhl Libre"/>
                <w:color w:val="1E8449"/>
                <w:sz w:val="32"/>
                <w:szCs w:val="32"/>
                <w:rtl/>
              </w:rPr>
              <w:t>✔ שָׁלֹשׁ</w:t>
            </w:r>
          </w:p>
          <w:p>
            <w:pPr>
              <w:bidi/>
              <w:spacing w:before="60" w:after="0"/>
              <w:jc w:val="both"/>
            </w:pPr>
            <w:r>
              <w:rPr>
                <w:rFonts w:ascii="Noto Sans" w:hAnsi="Noto Sans" w:cs="Noto Sans" w:eastAsia="Noto Sans"/>
                <w:b/>
                <w:bCs/>
                <w:sz w:val="34"/>
                <w:szCs w:val="34"/>
                <w:rtl/>
              </w:rPr>
              <w:t>2</w:t>
            </w:r>
            <w:r>
              <w:rPr>
                <w:rFonts w:ascii="Frank Ruhl Libre" w:hAnsi="Frank Ruhl Libre" w:cs="Frank Ruhl Libre" w:eastAsia="Frank Ruhl Libre"/>
                <w:b/>
                <w:bCs/>
                <w:sz w:val="34"/>
                <w:szCs w:val="34"/>
                <w:rtl/>
              </w:rPr>
              <w:t>. מָה אוֹמְרִים כְּשֶׁקָּמִים?</w:t>
            </w:r>
          </w:p>
          <w:p>
            <w:pPr>
              <w:bidi/>
              <w:spacing w:before="0" w:after="0"/>
              <w:jc w:val="both"/>
            </w:pPr>
            <w:r>
              <w:rPr>
                <w:rFonts w:ascii="Frank Ruhl Libre" w:hAnsi="Frank Ruhl Libre" w:cs="Frank Ruhl Libre" w:eastAsia="Frank Ruhl Libre"/>
                <w:color w:val="1E8449"/>
                <w:sz w:val="32"/>
                <w:szCs w:val="32"/>
                <w:rtl/>
              </w:rPr>
              <w:t>✔ מוֹדֶה אֲנִי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Frank Ruhl Libre" w:hAnsi="Frank Ruhl Libre" w:cs="Frank Ruhl Libre" w:eastAsia="Frank Ruhl Libre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24" w:space="0" w:color="7D3C98"/>
              <w:left w:val="single" w:sz="24" w:space="0" w:color="7D3C98"/>
              <w:bottom w:val="single" w:sz="24" w:space="0" w:color="7D3C98"/>
              <w:right w:val="single" w:sz="24" w:space="0" w:color="7D3C98"/>
            </w:tcBorders>
            <w:shd w:val="clear" w:color="auto" w:fill="FFFFFF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60"/>
              <w:jc w:val="both"/>
            </w:pPr>
            <w:r>
              <w:rPr>
                <w:rFonts w:ascii="Frank Ruhl Libre" w:hAnsi="Frank Ruhl Libre" w:cs="Frank Ruhl Libre" w:eastAsia="Frank Ruhl Libre"/>
                <w:b/>
                <w:bCs/>
                <w:color w:val="FFFFFF"/>
                <w:sz w:val="38"/>
                <w:szCs w:val="38"/>
                <w:shd w:val="clear" w:color="auto" w:fill="7D3C98"/>
                <w:rtl/>
              </w:rPr>
              <w:t xml:space="preserve"> מְשִׂימָה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8"/>
                <w:szCs w:val="38"/>
                <w:shd w:val="clear" w:color="auto" w:fill="7D3C98"/>
                <w:rtl/>
              </w:rPr>
              <w:t>10</w:t>
            </w:r>
            <w:r>
              <w:rPr>
                <w:rFonts w:ascii="Frank Ruhl Libre" w:hAnsi="Frank Ruhl Libre" w:cs="Frank Ruhl Libre" w:eastAsia="Frank Ruhl Libre"/>
                <w:b/>
                <w:bCs/>
                <w:color w:val="FFFFFF"/>
                <w:sz w:val="38"/>
                <w:szCs w:val="38"/>
                <w:shd w:val="clear" w:color="auto" w:fill="7D3C98"/>
                <w:rtl/>
              </w:rPr>
              <w:t xml:space="preserve"> </w:t>
            </w:r>
            <w:r>
              <w:rPr>
                <w:rFonts w:ascii="Frank Ruhl Libre" w:hAnsi="Frank Ruhl Libre" w:cs="Frank Ruhl Libre" w:eastAsia="Frank Ruhl Libre"/>
                <w:sz w:val="38"/>
                <w:szCs w:val="38"/>
                <w:rtl/>
              </w:rPr>
              <w:t xml:space="preserve">  </w:t>
            </w:r>
            <w:r>
              <w:rPr>
                <w:rFonts w:ascii="Frank Ruhl Libre" w:hAnsi="Frank Ruhl Libre" w:cs="Frank Ruhl Libre" w:eastAsia="Frank Ruhl Libre"/>
                <w:b/>
                <w:bCs/>
                <w:color w:val="1B2631"/>
                <w:sz w:val="38"/>
                <w:szCs w:val="38"/>
                <w:rtl/>
              </w:rPr>
              <w:t>הַסִּדּוּר שֶׁלִּי</w:t>
            </w:r>
          </w:p>
          <w:p>
            <w:pPr>
              <w:bidi/>
              <w:spacing w:before="0" w:after="60"/>
              <w:jc w:val="both"/>
            </w:pPr>
            <w:r>
              <w:rPr>
                <w:rFonts w:ascii="Frank Ruhl Libre" w:hAnsi="Frank Ruhl Libre" w:cs="Frank Ruhl Libre" w:eastAsia="Frank Ruhl Libre"/>
                <w:sz w:val="34"/>
                <w:szCs w:val="34"/>
                <w:rtl/>
              </w:rPr>
              <w:t>צַיְּרוּ אֶת הַסִּדּוּר שֶׁלָּכֶם בְּמָקוֹם מְכֻבָּד.</w:t>
            </w:r>
          </w:p>
          <w:p>
            <w:pPr>
              <w:bidi/>
              <w:spacing w:before="0" w:after="0"/>
              <w:jc w:val="both"/>
            </w:pPr>
            <w:r>
              <w:rPr>
                <w:rFonts w:ascii="Frank Ruhl Libre" w:hAnsi="Frank Ruhl Libre" w:cs="Frank Ruhl Libre" w:eastAsia="Frank Ruhl Libre"/>
                <w:color w:val="1E8449"/>
                <w:sz w:val="32"/>
                <w:szCs w:val="32"/>
                <w:rtl/>
              </w:rPr>
              <w:t>תשובה אישית.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Frank Ruhl Libre" w:hAnsi="Frank Ruhl Libre" w:cs="Frank Ruhl Libre" w:eastAsia="Frank Ruhl Libre"/>
          <w:sz w:val="4"/>
          <w:szCs w:val="4"/>
          <w:rtl/>
        </w:rPr>
        <w:t xml:space="preserve"> 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624" w:right="794" w:bottom="567" w:left="794" w:header="227" w:footer="283" w:gutter="0"/>
      <w:cols w:space="720"/>
      <w:docGrid w:linePitch="360"/>
      <w:titlePg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bidi/>
      <w:spacing w:before="0" w:after="0"/>
      <w:jc w:val="center"/>
    </w:pPr>
    <w:r>
      <w:rPr>
        <w:rFonts w:ascii="Frank Ruhl Libre" w:hAnsi="Frank Ruhl Libre" w:cs="Frank Ruhl Libre" w:eastAsia="Frank Ruhl Libre"/>
        <w:color w:val="777777"/>
        <w:sz w:val="24"/>
        <w:szCs w:val="24"/>
        <w:rtl/>
      </w:rPr>
      <w:fldChar w:fldCharType="begin"/>
      <w:instrText xml:space="preserve"> PAGE 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bidi/>
      <w:spacing w:before="0" w:after="0"/>
      <w:jc w:val="both"/>
    </w:pPr>
    <w:r>
      <w:rPr>
        <w:rFonts w:ascii="Frank Ruhl Libre" w:hAnsi="Frank Ruhl Libre" w:cs="Frank Ruhl Libre" w:eastAsia="Frank Ruhl Libre"/>
        <w:b/>
        <w:bCs/>
        <w:color w:val="555555"/>
        <w:sz w:val="24"/>
        <w:szCs w:val="24"/>
        <w:rtl/>
      </w:rPr>
      <w:t>בס"ד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bidi/>
      <w:spacing w:after="0" w:line="240" w:lineRule="auto"/>
    </w:pPr>
    <w:rPr>
      <w:rFonts w:ascii="Frank Ruhl Libre" w:hAnsi="Frank Ruhl Libre" w:cs="Frank Ruhl Libre" w:eastAsia="Frank Ruhl Libre"/>
      <w:sz w:val="36"/>
      <w:szCs w:val="36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Relationship Id="rId12" Type="http://schemas.openxmlformats.org/officeDocument/2006/relationships/image" Target="media/image2.png"/><Relationship Id="rId13" Type="http://schemas.openxmlformats.org/officeDocument/2006/relationships/image" Target="media/image3.png"/><Relationship Id="rId14" Type="http://schemas.openxmlformats.org/officeDocument/2006/relationships/image" Target="media/image4.png"/><Relationship Id="rId15" Type="http://schemas.openxmlformats.org/officeDocument/2006/relationships/image" Target="media/image5.png"/><Relationship Id="rId16" Type="http://schemas.openxmlformats.org/officeDocument/2006/relationships/image" Target="media/image6.png"/><Relationship Id="rId17" Type="http://schemas.openxmlformats.org/officeDocument/2006/relationships/image" Target="media/image7.png"/><Relationship Id="rId18" Type="http://schemas.openxmlformats.org/officeDocument/2006/relationships/image" Target="media/image8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