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B8902F"/>
                <w:sz w:val="30"/>
                <w:szCs w:val="30"/>
                <w:rtl/>
              </w:rPr>
              <w:t>דַּף צְבִיעָה · ט״וּ בִּשְׁבָט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פֵּרוֹת הָאָרֶץ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499965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045-0.2-0.976-0.788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9996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הָרִמּוֹן וְהָעֲנָבִים הֵם מִשִּׁבְעַת הַמִּינִים.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Assistant" w:hAnsi="Assistant" w:cs="Assistant" w:eastAsia="Assistant"/>
          <w:b/>
          <w:bCs/>
          <w:color w:val="B8902F"/>
          <w:sz w:val="34"/>
          <w:szCs w:val="34"/>
          <w:rtl/>
        </w:rPr>
        <w:t>פִּנַּת צִיּוּר: צַיְּרוּ גַּם אַתֶּם צִיּוּר עַל ט״וּ בִּשְׁבָט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1757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B8902F"/>
                <w:sz w:val="30"/>
                <w:szCs w:val="30"/>
                <w:rtl/>
              </w:rPr>
              <w:t>דַּף צְבִיעָה · ט״וּ בִּשְׁבָט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עֵץ הַתָּמָר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652000" cy="669519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57_0.0-0.028-1.0-0.975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66951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בְּט״וּ בִּשְׁבָט אָנוּ שְׂמֵחִים בָּאִילָנוֹת.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ssistant" w:hAnsi="Assistant" w:cs="Assistant" w:eastAsia="Assistant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