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</w:pPr>
      <w:r>
        <w:rPr>
          <w:rFonts w:ascii="Assistant" w:hAnsi="Assistant" w:cs="Assistant" w:eastAsia="Assistant"/>
          <w:b/>
          <w:bCs/>
          <w:color w:val="555555"/>
          <w:sz w:val="24"/>
          <w:szCs w:val="24"/>
          <w:rtl/>
        </w:rPr>
        <w:t/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E2C47A"/>
                <w:sz w:val="32"/>
                <w:szCs w:val="32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בּוֹחַן – ט״וּ בִּשְׁבָט</w:t>
            </w:r>
          </w:p>
        </w:tc>
      </w:tr>
    </w:tbl>
    <w:p>
      <w:pPr>
        <w:bidi/>
        <w:spacing w:before="0" w:after="0" w:line="12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5159"/>
        <w:gridCol w:w="5159"/>
      </w:tblGrid>
      <w:tr>
        <w:trPr>
          <w:cantSplit/>
        </w:trPr>
        <w:tc>
          <w:tcPr>
            <w:tcW w:type="dxa" w:w="5159"/>
            <w:tcW w:w="515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F6EED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b/>
                <w:bCs/>
                <w:sz w:val="32"/>
                <w:szCs w:val="32"/>
                <w:rtl/>
              </w:rPr>
              <w:t>שֵׁם: ______________________</w:t>
            </w:r>
          </w:p>
        </w:tc>
        <w:tc>
          <w:tcPr>
            <w:tcW w:type="dxa" w:w="5159"/>
            <w:tcW w:w="515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F6EED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b/>
                <w:bCs/>
                <w:sz w:val="32"/>
                <w:szCs w:val="32"/>
                <w:rtl/>
              </w:rPr>
              <w:t xml:space="preserve">תַּאֲרִיךְ: ____________   צִיּוּן: ______ / </w:t>
            </w:r>
            <w:r>
              <w:rPr>
                <w:rFonts w:ascii="Noto Sans" w:hAnsi="Noto Sans" w:cs="Noto Sans" w:eastAsia="Noto Sans"/>
                <w:b/>
                <w:bCs/>
                <w:sz w:val="32"/>
                <w:szCs w:val="32"/>
                <w:rtl/>
              </w:rPr>
              <w:t>100</w:t>
            </w:r>
          </w:p>
        </w:tc>
      </w:tr>
    </w:tbl>
    <w:p>
      <w:pPr>
        <w:bidi/>
        <w:spacing w:before="0" w:after="0" w:line="16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א. נָכוֹן אוֹ לֹא נָכוֹן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Assistant" w:hAnsi="Assistant" w:cs="Assistant" w:eastAsia="Assistant"/>
                      <w:sz w:val="36"/>
                      <w:szCs w:val="36"/>
                      <w:rtl/>
                    </w:rPr>
                    <w:t>. ט״וּ בִּשְׁבָט הוּא רֹאשׁ הַשָּׁנָה לָאִילָנוֹת.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" name="Picture 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4" name="Picture 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Assistant" w:hAnsi="Assistant" w:cs="Assistant" w:eastAsia="Assistant"/>
                      <w:sz w:val="36"/>
                      <w:szCs w:val="36"/>
                      <w:rtl/>
                    </w:rPr>
                    <w:t>. הַתַּפּוּז הוּא מִשִּׁבְעַת הַמִּינִים.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5" name="Picture 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Assistant" w:hAnsi="Assistant" w:cs="Assistant" w:eastAsia="Assistant"/>
                      <w:sz w:val="36"/>
                      <w:szCs w:val="36"/>
                      <w:rtl/>
                    </w:rPr>
                    <w:t>. מְבָרְכִים שֶׁהֶחֱיָנוּ עַל פְּרִי חָדָשׁ.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Assistant" w:hAnsi="Assistant" w:cs="Assistant" w:eastAsia="Assistant"/>
                      <w:sz w:val="36"/>
                      <w:szCs w:val="36"/>
                      <w:rtl/>
                    </w:rPr>
                    <w:t>. שֶׁהֶחֱיָנוּ מְבָרְכִים כָּל יוֹם עַל אוֹתוֹ פְּרִי.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ב. הַקִּיפוּ אֶת הַתְּשׁוּבָה הַנְּכוֹנָה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מַה גָּדֵל עַל הַגֶּפֶן?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תְּאֵנִים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עֲנָבִים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זֵיתִים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אֵיזֶה פְּרִי מִשִּׁבְעַת הַמִּינִים?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תָּמָר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אַגָּס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מֶלוֹן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מָה עוֹשִׂים מִזֵּיתִים?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לֶחֶם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שֶׁמֶן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מִיץ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מָתַי מְבָרְכִים שֶׁהֶחֱיָנוּ עַל פְּרִי?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כָּל יוֹם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בַּפַּעַם הָרִאשׁוֹנָה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אַף פַּעַם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ג. מִתְחוּ קַו בֵּין הַחֲלָקִים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מתחו קו מכל מילה אל ההסבר המתאים.</w:t>
            </w:r>
          </w:p>
          <w:tbl>
            <w:tblPr>
              <w:bidiVisual/>
              <w:tblW w:w="1065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309"/>
              <w:gridCol w:w="567"/>
              <w:gridCol w:w="1247"/>
              <w:gridCol w:w="567"/>
              <w:gridCol w:w="3969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רֹאשׁ הַשָּׁנָה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8"/>
                      <w:szCs w:val="38"/>
                      <w:rtl/>
                    </w:rPr>
                    <w:t>אִילָן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פְּרִי חָדָשׁ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8"/>
                      <w:szCs w:val="38"/>
                      <w:rtl/>
                    </w:rPr>
                    <w:t>שֶׁהֶחֱיָנוּ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שִׁבְעָה מִינִים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8"/>
                      <w:szCs w:val="38"/>
                      <w:rtl/>
                    </w:rPr>
                    <w:t>לָאִילָנוֹת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עֵץ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8"/>
                      <w:szCs w:val="38"/>
                      <w:rtl/>
                    </w:rPr>
                    <w:t>אֶרֶץ יִשְׂרָאֵל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4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ד. הַשְׁלִימוּ אֶת הַמִּשְׁפָּטִים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40"/>
            </w:pPr>
            <w:r>
              <w:rPr>
                <w:rFonts w:ascii="Assistant" w:hAnsi="Assistant" w:cs="Assistant" w:eastAsia="Assistant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שְׁבָט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שִׁבְעָה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שֶׁהֶחֱיָנוּ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רִמּוֹן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ט״וּ בְּחֹדֶשׁ ____________ הוּא חַג הָאִילָנוֹת.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בְּאֶרֶץ יִשְׂרָאֵל יֵשׁ ____________ מִינִים מְיֻחָדִים.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עַל פְּרִי חָדָשׁ מְבָרְכִים ____________.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גַּרְעִינִים אֲדֻמִּים יֵשׁ בְּתוֹךְ פְּרִי ____________.</w:t>
            </w:r>
          </w:p>
        </w:tc>
      </w:tr>
    </w:tbl>
    <w:p>
      <w:pPr>
        <w:bidi/>
        <w:spacing w:before="0" w:after="0" w:line="16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ה. עֲנוּ בְּמִשְׁפָּט שָׁלֵם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12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נְקוּדוֹת)</w:t>
            </w:r>
          </w:p>
          <w:p>
            <w:pPr>
              <w:bidi/>
              <w:spacing w:before="0" w:after="40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אֵיזֶה פְּרִי חָדָשׁ תֹּאכְלוּ בְּט״וּ בִּשְׁבָט, וּמָה תְּבָרְכוּ?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639"/>
            </w:tblGrid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Assistant" w:hAnsi="Assistant" w:cs="Assistant" w:eastAsia="Assistant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Assistant" w:hAnsi="Assistant" w:cs="Assistant" w:eastAsia="Assistant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Assistant" w:hAnsi="Assistant" w:cs="Assistant" w:eastAsia="Assistant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120" w:after="0"/>
        <w:jc w:val="center"/>
      </w:pPr>
      <w:r>
        <w:rPr>
          <w:rFonts w:ascii="Assistant" w:hAnsi="Assistant" w:cs="Assistant" w:eastAsia="Assistant"/>
          <w:b/>
          <w:bCs/>
          <w:color w:val="B8902F"/>
          <w:sz w:val="40"/>
          <w:szCs w:val="40"/>
          <w:rtl/>
        </w:rPr>
        <w:t>בְּהַצְלָחָה!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Assistant" w:hAnsi="Assistant" w:cs="Assistant" w:eastAsia="Assistant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</w:pPr>
    <w:r>
      <w:rPr>
        <w:rFonts w:ascii="Assistant" w:hAnsi="Assistant" w:cs="Assistant" w:eastAsia="Assistant"/>
        <w:b/>
        <w:bCs/>
        <w:color w:val="555555"/>
        <w:sz w:val="24"/>
        <w:szCs w:val="24"/>
        <w:rtl/>
      </w:rPr>
      <w:t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ssistant" w:hAnsi="Assistant" w:cs="Assistant" w:eastAsia="Assistant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