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ט״וּ בִּשְׁבָט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חַג הָאִילָנוֹת וּפֵרוֹת אֶרֶץ יִשְׂרָאֵל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ssistant" w:hAnsi="Assistant" w:cs="Assistant" w:eastAsia="Assistant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פֵּרוֹת אֶרֶץ יִשְׂרָאֵל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ט״וּ בִּשְׁבָט הוּא רֹאשׁ הַשָּׁנָה לְ...?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לָאִילָנוֹת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בְּכַמָּה מִינִים נִשְׁתַּבְּחָה הָאָרֶץ?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שִׁבְעָה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אֵיזֶה פְּרִי מִשִּׁבְעַת הַמִּינִים?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רִמּוֹן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מַיְּנוּ אֶת הַפֵּרוֹת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פְּרִי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מִשִּׁבְעַת הַמִּינִים: תְּאֵנָה · זַיִת · תָּמָר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לֹא מִשִּׁבְעַת הַמִּינִים: תַּפּוּז · אֲבַטִּיחַ · תַּפּוּחַ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יוֹצֵא מִמֶּנּוּ?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מִן הַצֶּמַח אֶל מָה שֶׁיּוֹצֵא מִמֶּנּוּ.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גֶּפֶן  ←  עֲנָבִים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זַיִת  ←  שֶׁמֶן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חִטָּה  ←  לֶחֶם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תָּמָר  ←  דְּבַשׁ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עֵצִים  ←  אִילָנוֹת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שִׁבְעָה פֵּרוֹת וּתְבוּאוֹת שֶׁל אֶרֶץ יִשְׂרָאֵל  ←  שִׁבְעַת הַמִּינִים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תּוֹדָה לַה' שֶׁנָּתַן לָנוּ חַיִּים  ←  שֶׁהֶחֱיָנוּ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בָּא שׁוּב, חָדָשׁ  ←  מִתְחַדֵּשׁ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בִּרְכַּת שֶׁהֶחֱיָנוּ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עַל פְּרִי חָדָשׁ מְבָרְכִים שֶׁהֶחֱיָנוּ.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מְבָרְכִים שֶׁהֶחֱיָנוּ בְּכָל פַּעַם שֶׁאוֹכְלִים תַּפּוּחַ.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שֶׁהֶחֱיָנוּ מְבָרְכִים בַּפַּעַם הָרִאשׁוֹנָה בַּשָּׁנָה.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עַל פְּרִי חָדָשׁ לֹא מְבָרְכִים בִּרְכַּת הַפְּרִי.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עוֹשִׂים עִם פְּרִי חָדָשׁ?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רוֹאִים פְּרִי חָדָשׁ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נוֹטְלִים בַּיָּד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מְבָרְכִים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אוֹכְלִים בְּשִׂמְחָה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עַל פְּרִי [חָדָשׁ] מְבָרְכִים שֶׁהֶחֱיָנוּ.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בִּרְכַּת [שֶׁהֶחֱיָנוּ] הִיא תּוֹדָה עַל הַזְּמַן הַזֶּה.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אוֹכְלִים אֶת הַפְּרִי מִתּוֹךְ [שִׂמְחָה].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עַל [יְרָקוֹת] נוֹהֲגִים לֹא לְבָרֵךְ שֶׁהֶחֱיָנוּ.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0399" cy="3967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2b8cd8bb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99" cy="396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נְטִיעָה  ←  בְּט״וּ בִּשְׁבָט נוֹטְעִים עֵצִים.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7600" cy="39737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0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00" cy="3973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פֵּרוֹת הָאָרֶץ  ←  הָרִמּוֹן וְהָעֲנָבִים הֵם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0399" cy="3967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54972c23c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99" cy="396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זַיִת  ←  הַזַּיִת הוּא אֶחָד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34800" cy="39521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0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00" cy="3952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עֵץ הַתָּמָר  ←  בְּט״וּ בִּשְׁבָט אָנוּ שְׂמֵחִים בָּאִילָנוֹת.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חָל ט״וּ בִּשְׁבָט?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בְּחֹדֶשׁ שְׁבָט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עַל מָה מְבָרְכִים שֶׁהֶחֱיָנוּ?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פְּרִי חָדָשׁ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צַיְּרוּ וּכְתְבוּ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צַלַּחַת עִם פֵּרוֹת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