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צוֹם גְּדַלְיָה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גְּדַלְיָה הָיָה בֶּן אֲחִיקָם.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צוֹם גְּדַלְיָה הוּא בְּחֹדֶשׁ נִיסָן.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אַחֲרֵי שֶׁגְּדַלְיָה נֶהֱרַג, הַיְּהוּדִים בָּרְחוּ.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בֵּית הַמִּקְדָּשׁ הָרִאשׁוֹן לֹא נֶחְרַב.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הָרַג אֶת גְּדַלְיָה?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יִשְׁמָעֵאל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צוֹם גְּדַלְיָה?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אַחֲרֵי רֹאשׁ הַשָּׁנָה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שָׂם אֶת גְּדַלְיָה לְמַנְהִיג?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מֶלֶךְ בָּבֶל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בַּצּוֹם?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חוֹזְרִים בִּתְשׁוּבָה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צוֹם  ←  לֹא אוֹכְלִים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גָּלוּת  ←  רָחוֹק מֵהָאָרֶץ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מַנְהִיג  ←  הָרֹאשׁ שֶׁל הָעָם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תְּשׁוּבָה  ←  לְתַקֵּן מַעֲשִׂים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[נְבוּכַדְנֶצַר] הָיָה מֶלֶךְ בָּבֶל.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[גְּדַלְיָה] הָיָה מַנְהִיג טוֹב.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אַחֲרֵי זֶה הַיְּהוּדִים [בָּרְחוּ] מֵהָאָרֶץ.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הַגְּדוֹלִים [צָמִים] בְּצוֹם גְּדַלְיָה.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צָמִים בְּצוֹם גְּדַלְיָה?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צָמִים כִּי גְּדַלְיָה נֶהֱרַג, וְהַיְּהוּדִים בָּרְחוּ מֵהָאָרֶץ. בַּצּוֹם זוֹכְרִים מָה קָרָה וְחוֹזְרִים בִּתְשׁוּבָה.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