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צוֹם גְּדַלְיָה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גְּדַלְיָה  (גדליה)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צוֹם  (צום)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תִּשְׁרֵי  (תשרי)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תְּשׁוּבָה  (תשובה)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מַנְהִיג  (מנהיג)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בָּבֶל  (בבל)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מִקְדָּשׁ  (מקדש)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גָּלוּת  (גלות)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