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יוֹם הָעַצְמָאוּת וְיוֹם יְרוּשָׁלַיִם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הַכֹּתֶל הַמַּעֲרָבִי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263999" cy="6703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4_0.021-0.093-0.982-0.916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6703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בְּיוֹם יְרוּשָׁלַיִם שְׂמֵחִים לְיַד הַכֹּתֶל.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יוֹם הָעַצְמָאוּת וְיוֹם יְרוּשָׁלַיִם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דֶּגֶל יִשְׂרָאֵל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012000" cy="66871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67_0.0-0.062-1.0-0.952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668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בְּיוֹם הָעַצְמָאוּת תּוֹלִים דֶּגֶל בְּשִׂמְחָה.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