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</w:pPr>
      <w:r>
        <w:rPr>
          <w:rFonts w:ascii="Alef" w:hAnsi="Alef" w:cs="Alef" w:eastAsia="Alef"/>
          <w:b/>
          <w:bCs/>
          <w:color w:val="555555"/>
          <w:sz w:val="24"/>
          <w:szCs w:val="24"/>
          <w:rtl/>
        </w:rPr>
        <w:t/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יוֹם הָעַצְמָאוּת וְיוֹם יְרוּשָׁלַיִם</w:t>
            </w:r>
          </w:p>
        </w:tc>
      </w:tr>
    </w:tbl>
    <w:p>
      <w:pPr>
        <w:bidi/>
        <w:spacing w:before="0" w:after="0" w:line="12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159"/>
        <w:gridCol w:w="5159"/>
      </w:tblGrid>
      <w:tr>
        <w:trPr>
          <w:cantSplit/>
        </w:trPr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b/>
                <w:bCs/>
                <w:sz w:val="32"/>
                <w:szCs w:val="32"/>
                <w:rtl/>
              </w:rPr>
              <w:t>שֵׁם: ______________________</w:t>
            </w:r>
          </w:p>
        </w:tc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b/>
                <w:bCs/>
                <w:sz w:val="32"/>
                <w:szCs w:val="32"/>
                <w:rtl/>
              </w:rPr>
              <w:t xml:space="preserve">תַּאֲרִיךְ: ____________   צִיּוּן: ______ / </w:t>
            </w:r>
            <w:r>
              <w:rPr>
                <w:rFonts w:ascii="Noto Sans" w:hAnsi="Noto Sans" w:cs="Noto Sans" w:eastAsia="Noto Sans"/>
                <w:b/>
                <w:bCs/>
                <w:sz w:val="32"/>
                <w:szCs w:val="32"/>
                <w:rtl/>
              </w:rPr>
              <w:t>100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Alef" w:hAnsi="Alef" w:cs="Alef" w:eastAsia="Alef"/>
                      <w:sz w:val="36"/>
                      <w:szCs w:val="36"/>
                      <w:rtl/>
                    </w:rPr>
                    <w:t>. יוֹם הָעַצְמָאוּת חָל בַּחֹדֶשׁ אִיָּר.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4" name="Picture 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Alef" w:hAnsi="Alef" w:cs="Alef" w:eastAsia="Alef"/>
                      <w:sz w:val="36"/>
                      <w:szCs w:val="36"/>
                      <w:rtl/>
                    </w:rPr>
                    <w:t>. בְּיוֹם יְרוּשָׁלַיִם חָזַרְנוּ לַכֹּתֶל.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5" name="Picture 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Alef" w:hAnsi="Alef" w:cs="Alef" w:eastAsia="Alef"/>
                      <w:sz w:val="36"/>
                      <w:szCs w:val="36"/>
                      <w:rtl/>
                    </w:rPr>
                    <w:t>. בְּיוֹם הָעַצְמָאוּת לֹא אוֹמְרִים הַלֵּל.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Alef" w:hAnsi="Alef" w:cs="Alef" w:eastAsia="Alef"/>
                      <w:sz w:val="36"/>
                      <w:szCs w:val="36"/>
                      <w:rtl/>
                    </w:rPr>
                    <w:t>. מִצְווֹת עוֹשִׂים רַק כְּשֶׁקַּל.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מָה קָם בְּיוֹם הָעַצְמָאוּת?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בֵּית סֵפֶר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מְדִינַת יִשְׂרָאֵל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גַּן חַיּוֹת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לְאָן חָזַרְנוּ בְּיוֹם יְרוּשָׁלַיִם?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לַכֹּתֶל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לַיָּם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לַמִּדְבָּר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מָה אוֹמְרִים לַה' עַל נֵס?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שָׁלוֹם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לַיְלָה טוֹב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תּוֹדָה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מִי שָׁמַר עַל הָאָרֶץ?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חַיָּלִים גִּבּוֹרִים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צִפּוֹרִים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עֲנָנִים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ג. מִתְחוּ קַו בֵּין הַחֲלָקִים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מתחו קו מכל מילה אל ההסבר המתאים.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יוֹם הָעַצְמָאוּת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8"/>
                      <w:szCs w:val="38"/>
                      <w:rtl/>
                    </w:rPr>
                    <w:t>תְּקִיעָה בַּכֹּתֶל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יוֹם יְרוּשָׁלַיִם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8"/>
                      <w:szCs w:val="38"/>
                      <w:rtl/>
                    </w:rPr>
                    <w:t>מְדִינַת יִשְׂרָאֵל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הַלֵּל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8"/>
                      <w:szCs w:val="38"/>
                      <w:rtl/>
                    </w:rPr>
                    <w:t>הָעִיר הָעַתִּיקָה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שׁוֹפָר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8"/>
                      <w:szCs w:val="38"/>
                      <w:rtl/>
                    </w:rPr>
                    <w:t>תּוֹדָה בַּתְּפִלָּה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ד. הַשְׁלִימוּ אֶת הַמִּשְׁפָּטִים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40"/>
            </w:pPr>
            <w:r>
              <w:rPr>
                <w:rFonts w:ascii="Alef" w:hAnsi="Alef" w:cs="Alef" w:eastAsia="Alef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נֵס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הַלֵּל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הַכֹּתֶל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אַהֲבָה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ה' עָשָׂה לָנוּ ____________ גָּדוֹל.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בַּתְּפִלָּה אוֹמְרִים ____________ בְּשִׂמְחָה.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בִּירוּשָׁלַיִם מִתְפַּלְּלִים לְיַד ____________.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שׁוֹמְרִים מִצְווֹת מִתּוֹךְ ____________.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ה. כִּתְבוּ תְּשׁוּבָה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12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אֵיךְ אַתֶּם יְכוֹלִים לוֹמַר תּוֹדָה לַה' בְּיוֹם הָעַצְמָאוּת?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Alef" w:hAnsi="Alef" w:cs="Alef" w:eastAsia="Alef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Alef" w:hAnsi="Alef" w:cs="Alef" w:eastAsia="Alef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Alef" w:hAnsi="Alef" w:cs="Alef" w:eastAsia="Alef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120" w:after="0"/>
        <w:jc w:val="center"/>
      </w:pPr>
      <w:r>
        <w:rPr>
          <w:rFonts w:ascii="Alef" w:hAnsi="Alef" w:cs="Alef" w:eastAsia="Alef"/>
          <w:b/>
          <w:bCs/>
          <w:color w:val="B8902F"/>
          <w:sz w:val="40"/>
          <w:szCs w:val="40"/>
          <w:rtl/>
        </w:rPr>
        <w:t>בְּהַצְלָחָה!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Alef" w:hAnsi="Alef" w:cs="Alef" w:eastAsia="Alef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</w:pPr>
    <w:r>
      <w:rPr>
        <w:rFonts w:ascii="Alef" w:hAnsi="Alef" w:cs="Alef" w:eastAsia="Alef"/>
        <w:b/>
        <w:bCs/>
        <w:color w:val="555555"/>
        <w:sz w:val="24"/>
        <w:szCs w:val="24"/>
        <w:rtl/>
      </w:rPr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lef" w:hAnsi="Alef" w:cs="Alef" w:eastAsia="Alef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