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E2C47A"/>
                <w:sz w:val="32"/>
                <w:szCs w:val="32"/>
                <w:rtl/>
              </w:rPr>
              <w:t>הֲלָכָה · כִּתָּה א'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60"/>
                <w:szCs w:val="60"/>
                <w:rtl/>
              </w:rPr>
              <w:t>תַּפְזֹרֶת – יוֹם הָעַצְמָאוּת וְיוֹם יְרוּשָׁלַיִם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120"/>
        <w:jc w:val="both"/>
      </w:pPr>
      <w:r>
        <w:rPr>
          <w:rFonts w:ascii="Alef" w:hAnsi="Alef" w:cs="Alef" w:eastAsia="Alef"/>
          <w:sz w:val="34"/>
          <w:szCs w:val="34"/>
          <w:rtl/>
        </w:rPr>
        <w:t>מִצְאוּ בַּתַּפְזֹרֶת אֶת הַמִּלִּים שֶׁבָּרְשִׁימָה וְהַקִּיפוּ אוֹתָן. הַמִּלִּים כְּתוּבוֹת מִיָּמִין לִשְׂמֹאל אוֹ מִלְמַעְלָה לְמַטָּה.</w:t>
      </w:r>
    </w:p>
    <w:tbl>
      <w:tblPr>
        <w:bidiVisual/>
        <w:tblW w:w="8505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4" w:space="0" w:color="E67E22"/>
              <w:left w:val="dashed" w:sz="14" w:space="0" w:color="E67E22"/>
              <w:bottom w:val="dashed" w:sz="14" w:space="0" w:color="E67E22"/>
              <w:right w:val="dashed" w:sz="14" w:space="0" w:color="E67E22"/>
            </w:tcBorders>
            <w:shd w:val="clear" w:color="auto" w:fill="FFF8E1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A04000"/>
                <w:sz w:val="36"/>
                <w:szCs w:val="36"/>
                <w:rtl/>
              </w:rPr>
              <w:t>הַמִּלִּים שֶׁצָּרִיךְ לִמְצֹא:</w:t>
            </w:r>
          </w:p>
          <w:tbl>
            <w:tblPr>
              <w:bidiVisual/>
              <w:tblW w:w="9752" w:type="dxa"/>
              <w:jc w:val="center"/>
              <w:tblCellSpacing w:w="56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438"/>
              <w:gridCol w:w="2438"/>
              <w:gridCol w:w="2438"/>
              <w:gridCol w:w="2438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דֶּגֶל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תּוֹדָה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הַלֵּל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כֹּתֶל</w:t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שׁוֹפָר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מְדִינָה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חַיָּל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עַצְמָאוּת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Alef" w:hAnsi="Alef" w:cs="Alef" w:eastAsia="Alef"/>
        <w:b/>
        <w:bCs/>
        <w:color w:val="555555"/>
        <w:sz w:val="24"/>
        <w:szCs w:val="24"/>
        <w:rtl/>
      </w:rPr>
      <w:t>בס"ד</w:t>
    </w:r>
  </w:p>
  <w:p>
    <w:pPr>
      <w:bidi/>
      <w:spacing w:before="40" w:after="80"/>
      <w:jc w:val="center"/>
    </w:pPr>
    <w:r>
      <w:rPr>
        <w:rFonts w:ascii="Alef" w:hAnsi="Alef" w:cs="Alef" w:eastAsia="Alef"/>
        <w:b/>
        <w:bCs/>
        <w:color w:val="333333"/>
        <w:sz w:val="28"/>
        <w:szCs w:val="28"/>
        <w:rtl/>
      </w:rPr>
      <w:t>שם: ______________________      כיתה: __________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Alef" w:hAnsi="Alef" w:cs="Alef" w:eastAsia="Alef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