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יוֹם הָעַצְמָאוּת וְיוֹם יְרוּשָׁלַיִם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אוֹמְרִים תּוֹדָה לַה' עַל הַנִּסִּים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תּוֹדָה לַה' עַל הַנֵּס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980B9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מְסִירוּת נֶפֶשׁ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7AE6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בַּחוֹבֶרֶת הַזֹּאת נִלְמַד עַל שְׁנֵי יָמִים שְׂמֵחִים.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אֵיךְ מוֹדִים לַה' עַל הַנֵּס.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גַּם עַל יְהוּדִים שֶׁאָהֲבוּ אֶת ה' וְאֶת הַמִּצְווֹת בְּכָל הַלֵּב.</w:t>
      </w:r>
    </w:p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תּוֹדָה לַה' עַל הַנֵּס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980B9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980B9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בְּיוֹם הָעַצְמָאוּת קָמָה מְדִינַת יִשְׂרָאֵל.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בְּיוֹם יְרוּשָׁלַיִם חָזַרְנוּ לָעִיר הָעַתִּיקָה וְלַכֹּתֶל הַמַּעֲרָבִי.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אֵלֶּה נִסִּים גְּדוֹלִים שֶׁה' עָשָׂה לָנוּ.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בְּכָל שָׁנָה אוֹמְרִים הַלֵּל, שְׂמֵחִים וּמְסַפְּרִים אֶת הַנֵּס.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נֵס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דָּבָר טוֹב וְגָדוֹל שֶׁה' עוֹשֶׂה לָנוּ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הוֹדָאָה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לוֹמַר תּוֹדָה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הַלֵּל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פִּרְקֵי תְּהִלִּים שֶׁל תּוֹדָה וְשִׂמְחָה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«וּבְכָל שָׁנָה בַּיּוֹם הַזֶּה יִתְבּוֹדֵד לְהוֹדוֹת לַה' יִתְבָּרַךְ שְׁמוֹ וְלִשְֹמוֹחַ וּלְסַפֵּר אֶת הַנֵּס»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סא, סָעִיף 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בְּיוֹם הָעַצְמָאוּת קָמָה מְדִינַת יִשְׂרָאֵל.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בְּיוֹם יְרוּשָׁלַיִם חָזַרְנוּ לַכֹּתֶל הַמַּעֲרָבִי.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עַל נֵס לֹא צָרִיךְ לוֹמַר תּוֹדָה.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בְּכָל שָׁנָה מְסַפְּרִים אֶת הַנֵּס.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תּוֹדָה לַה' עַל הַנֵּס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אוֹמְרִים בַּתְּפִלָּה בְּיוֹם הָעַצְמָאוּת?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קִינוֹת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הַלֵּל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סְלִיחוֹת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יוֹם הָעַצְמָאוּת?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ה׳ בְּאִיָּר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כ״ח בְּאִיָּר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א׳ בְּנִיסָן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יוֹם יְרוּשָׁלַיִם?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ה׳ בְּאִיָּר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א׳ בְּנִיסָן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כ״ח בְּאִיָּר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תּוֹדָה לַה' עַל הַנֵּס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גִּבּוֹר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הוֹדָאָה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מְסִירוּת נֶפֶשׁ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נֵס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לָתֵת הַכֹּל בִּשְׁבִיל דָּבָר חָשׁוּב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דָּבָר טוֹב וְגָדוֹל שֶׁה' עוֹשֶׂה לָנוּ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אָמִיץ וְחָזָק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לוֹמַר תּוֹדָה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מְסִירוּת נֶפֶשׁ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7AE60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7AE6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מְסִירוּת נֶפֶשׁ הִיא לָתֵת אֶת כָּל הַכֹּחַ לְמַעַן ה' וְעַם יִשְׂרָאֵל.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חַיָּלִים גִּבּוֹרִים שָׁמְרוּ עַל הָאָרֶץ וְעַל יְרוּשָׁלַיִם.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גַּם בִּזְמַנִּים קָשִׁים, יְהוּדִים שָׁמְרוּ עַל הַמִּצְווֹת בְּאַהֲבָה.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גַּם אֲנַחְנוּ עוֹשִׂים מִצְווֹת בְּשִׂמְחָה, גַּם כְּשֶׁקָּשֶׁה.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מְסִירוּת נֶפֶשׁ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לָתֵת הַכֹּל בִּשְׁבִיל דָּבָר חָשׁוּב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גִּבּוֹר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אָמִיץ וְחָזָק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בְּכָל לְבָבְךָ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בְּכָל הַלֵּב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«וְאָהַבְתָּ אֶת ה' אֱלֹהֶיךָ בְּכָל-לְבָבְךָ וּבְכָל-נַפְשְׁךָ וּבְכָל-מְאֹדֶךָ. בְּכָל-לְבָבְךָ, בִּשְׁנֵי יְצָרֶיךָ, בַּיֵּצֶר טוֹב וּבְיֵּצֶר הָרָע»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נט, סָעִיף 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מִי עוֹשֶׂה מָה?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הָאִישׁ לְמָה שֶׁהוּא עוֹשֶׂה.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חַיָּל גִּבּוֹר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תּוֹקֵעַ בַּשּׁוֹפָר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יְהוּדִי בִּזְמַן קָשֶׁה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שׁוֹמֵר עַל הָאָרֶץ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הָרַב בַּכֹּתֶל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מְבָרֵךְ בְּשִׂמְחָה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יֶלֶד לִפְנֵי הָאֹכֶל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שׁוֹמֵר מִצְווֹת בְּאַהֲבָה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מְסִירוּת נֶפֶשׁ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מֵהַמַּחְסָן.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הַלֵּב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מִצְווֹת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גִּבּוֹרִים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יְהוּדִים שָׁמְרוּ ____________ גַּם בִּזְמַנִּים קָשִׁים.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אוֹהֲבִים אֶת ה' בְּכָל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חַיָּלִים ____________ שָׁמְרוּ עַל יְרוּשָׁלַיִם.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אֵיזֶה יוֹם?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דָּבָר מִתַּחַת לַיּוֹם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א. ה׳ בְּאִיָּר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ב. כ״ח בְּאִיָּר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ג. קָמָה מְדִינַת יִשְׂרָאֵל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ד. חָזַרְנוּ לַכֹּתֶל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ה. הַכְרָזָה עַל הַמְּדִינָה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ו. הָעִיר הָעַתִּיקָה שֶׁלָּנוּ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יוֹם הָעַצְמָאוּת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יוֹם יְרוּשָׁלַיִם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מְסִירוּת נֶפֶשׁ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בְּיוֹם הָעַצְמָאוּת שְׂמֵחִים וְחוֹגְגִים.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בְּיוֹם יְרוּשָׁלַיִם שְׂמֵחִים לְיַד הַכֹּתֶל.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בְּבֵית הַכְּנֶסֶת אוֹמְרִים הַלֵּל.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בְּיוֹם הָעַצְמָאוּת תּוֹלִים דֶּגֶל בְּשִׂמְחָה.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עוֹשִׂים עַל נֵס?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שׁוֹכְחִים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אוֹמְרִים תּוֹדָה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בּוֹכִים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אֵיפֹה הַכֹּתֶל הַמַּעֲרָבִי?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בִּירוּשָׁלַיִם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בְּחֵיפָה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בְּאֵילַת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צַיְּרוּ וְכִתְבוּ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אֵיךְ אַתֶּם שְׂמֵחִים בְּיוֹם הָעַצְמָאוּת.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sz w:val="36"/>
                <w:szCs w:val="36"/>
                <w:rtl/>
              </w:rPr>
              <w:t>סִיַּמְתִּי לִלְמֹד אֶת הַיְּחִידָה «יוֹם הָעַצְמָאוּת וְיוֹם יְרוּשָׁלַיִם».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15200" cy="2053047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4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200" cy="205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הַכֹּתֶל הַמַּעֲרָבִי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61200" cy="2051717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4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200" cy="20517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דֶּגֶל יִשְׂרָאֵל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52000" cy="2052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e65cee4da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חֲגִיגָה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923491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a393cc2fa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9234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הַלֵּל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סַדְּרוּ אֶת הַסִּפּוּר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הָרַב תָּקַע בַּשּׁוֹפָר.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חַיָּלִים נִלְחֲמוּ עַל יְרוּשָׁלַיִם.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כֻּלָּם אָמְרוּ תּוֹדָה לַה'.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הַחַיָּלִים הִגִּיעוּ אֶל הַכֹּתֶל.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