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יוֹם הָעַצְמָאוּת וְיוֹם יְרוּשָׁלַיִם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FFFFFF"/>
                <w:sz w:val="38"/>
                <w:szCs w:val="38"/>
                <w:rtl/>
              </w:rPr>
              <w:t>אוֹמְרִים תּוֹדָה לַה' עַל הַנִּסִּים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Alef" w:hAnsi="Alef" w:cs="Alef" w:eastAsia="Alef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: תּוֹדָה לַה' עַל הַנֵּס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בְּיוֹם הָעַצְמָאוּת קָמָה מְדִינַת יִשְׂרָאֵל.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בְּיוֹם יְרוּשָׁלַיִם חָזַרְנוּ לַכֹּתֶל הַמַּעֲרָבִי.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עַל נֵס לֹא צָרִיךְ לוֹמַר תּוֹדָה.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בְּכָל שָׁנָה מְסַפְּרִים אֶת הַנֵּס.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אוֹמְרִים בַּתְּפִלָּה בְּיוֹם הָעַצְמָאוּת?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הַלֵּל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מָתַי יוֹם הָעַצְמָאוּת?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ה׳ בְּאִיָּר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מָתַי יוֹם יְרוּשָׁלַיִם?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כ״ח בְּאִיָּר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חַיָּלִים נִלְחֲמוּ עַל יְרוּשָׁלַיִם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הַחַיָּלִים הִגִּיעוּ אֶל הַכֹּתֶל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הָרַב תָּקַע בַּשּׁוֹפָר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כֻּלָּם אָמְרוּ תּוֹדָה לַה'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דָּבָר טוֹב וְגָדוֹל שֶׁה' עוֹשֶׂה לָנוּ  ←  נֵס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לוֹמַר תּוֹדָה  ←  הוֹדָאָה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לָתֵת הַכֹּל בִּשְׁבִיל דָּבָר חָשׁוּב  ←  מְסִירוּת נֶפֶשׁ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אָמִיץ וְחָזָק  ←  גִּבּוֹר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: מְסִירוּת נֶפֶשׁ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מִי עוֹשֶׂה מָה?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הָאִישׁ לְמָה שֶׁהוּא עוֹשֶׂה.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חַיָּל גִּבּוֹר  ←  שׁוֹמֵר עַל הָאָרֶץ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יְהוּדִי בִּזְמַן קָשֶׁה  ←  שׁוֹמֵר מִצְווֹת בְּאַהֲבָה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הָרַב בַּכֹּתֶל  ←  תּוֹקֵעַ בַּשּׁוֹפָר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יֶלֶד לִפְנֵי הָאֹכֶל  ←  מְבָרֵךְ בְּשִׂמְחָה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בַּחֲרוּ מִלָּה מֵהַמַּחְסָן.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יְהוּדִים שָׁמְרוּ [מִצְווֹת] גַּם בִּזְמַנִּים קָשִׁים.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אוֹהֲבִים אֶת ה' בְּכָל [הַלֵּב].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חַיָּלִים [גִּבּוֹרִים] שָׁמְרוּ עַל יְרוּשָׁלַיִם.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אֵיזֶה יוֹם?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כִּתְבוּ כָּל דָּבָר מִתַּחַת לַיּוֹם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יוֹם הָעַצְמָאוּת: ה׳ בְּאִיָּר · קָמָה מְדִינַת יִשְׂרָאֵל · הַכְרָזָה עַל הַמְּדִינָה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יוֹם יְרוּשָׁלַיִם: כ״ח בְּאִיָּר · חָזַרְנוּ לַכֹּתֶל · הָעִיר הָעַתִּיקָה שֶׁלָּנוּ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0e65cee4da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חֲגִיגָה  ←  בְּיוֹם הָעַצְמָאוּת שְׂמֵחִים וְחוֹגְגִים.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70800" cy="39748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4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00" cy="3974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הַכֹּתֶל הַמַּעֲרָבִי  ←  בְּיוֹם יְרוּשָׁלַיִם שְׂמֵחִים לְיַד הַכֹּתֶל.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61600" cy="39482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a393cc2fa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" cy="3948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הַלֵּל  ←  בְּבֵית הַכְּנֶסֶת אוֹמְרִים הַלֵּל.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60000" cy="39685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4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96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דֶּגֶל יִשְׂרָאֵל  ←  בְּיוֹם הָעַצְמָאוּת תּוֹלִים דֶּגֶל בְּשִׂמְחָה.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עוֹשִׂים עַל נֵס?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אוֹמְרִים תּוֹדָה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אֵיפֹה הַכֹּתֶל הַמַּעֲרָבִי?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בִּירוּשָׁלַיִם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צַיְּרוּ וְכִתְבוּ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צַיְּרוּ אֵיךְ אַתֶּם שְׂמֵחִים בְּיוֹם הָעַצְמָאוּת.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