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נַעֲלֵי בַּד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6391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104-0.405-0.844-0.839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639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בְּיוֹם כִּפּוּר נוֹעֲלִים נַעֲלֵי בַּד.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34"/>
          <w:szCs w:val="34"/>
          <w:rtl/>
        </w:rPr>
        <w:t>פִּנַּת צִיּוּר: צַיְּרוּ גַּם אַתֶּם צִיּוּר עַל יוֹם כִּפּוּר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32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מְבַקְּשִׁים סְלִיחָה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2703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13-0.189-0.977-0.8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270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יוֹסִי מְבַקֵּשׁ סְלִיחָה מֵהֶחָבֵר שֶׁלּוֹ.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34"/>
          <w:szCs w:val="34"/>
          <w:rtl/>
        </w:rPr>
        <w:t>פִּנַּת צִיּוּר: צַיְּרוּ גַּם אַתֶּם צִיּוּר עַל יוֹם כִּפּוּר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360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