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יוֹם כִּפּוּר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יוֹם קָדוֹשׁ שֶׁל תְּשׁוּבָה וּסְלִיחָה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תְּשׁוּבָה וְכַפָּרוֹת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צוֹם וּנְעִילַת הַסַּנְדָּל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בַּחוֹבֶרֶת הַזֹּאת נִלְמַד עַל יוֹם כִּפּוּר.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נִלְמַד אֵיךְ עוֹשִׂים תְּשׁוּבָה וּמְבַקְּשִׁים סְלִיחָה.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נִלְמַד גַּם עַל הַצּוֹם וְעַל הַנַּעֲלַיִם בְּיוֹם כִּפּוּר.</w:t>
      </w:r>
    </w:p>
    <w:p>
      <w:pPr>
        <w:bidi/>
        <w:spacing w:before="0" w:after="0" w:line="12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תְּשׁוּבָה וְכַפָּרוֹת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8E44AD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בְּיוֹם כִּפּוּר ה' סוֹלֵחַ לָנוּ עַל הַחֲטָאִים.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לִפְנֵי יוֹם כִּפּוּר עוֹשִׂים תְּשׁוּבָה: מִתְחָרְטִים וּמַבְטִיחִים לְהִשְׁתַּפֵּר.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אִם פָּגַעְנוּ בְּחָבֵר, הוֹלְכִים אֵלָיו וּמְבַקְּשִׁים סְלִיחָה.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בְּעֶרֶב יוֹם כִּפּוּר עוֹשִׂים כַּפָּרוֹת, וְהַרְבֵּה עוֹשִׂים אוֹתָן בְּכֶסֶף לִצְדָקָה.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תְּשׁוּבָה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לְהִתְחָרֵט וּלְהִשְׁתַּפֵּר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לְפַיֵּס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לְבַקֵּשׁ סְלִיחָה וּלְרַצּוֹת אֶת הֶחָבֵר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כַּפָּרוֹת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מִנְהָג בְּעֶרֶב יוֹם כִּפּוּר, עִם צְדָקָה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«וְגַם אִם לֹא חָטָא כְּנֶגֶד חֲבֵרוֹ אֶלָּא בִּדְבָרִים, צָרִיךְ לְפַיְסוֹ, וּמְחֻיָב לָלֶכֶת בְּעַצְמוֹ לְפַיְסוֹ.»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קלא, סָעִיף 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בְּיוֹם כִּפּוּר ה' סוֹלֵחַ לָנוּ.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אִם פָּגַעְתִּי בְּחָבֵר, אֲבַקֵּשׁ מִמֶּנּוּ סְלִיחָה.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כַּפָּרוֹת עוֹשִׂים בְּפֶסַח.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כְּשֶׁחָבֵר מְבַקֵּשׁ סְלִיחָה, לֹא סוֹלְחִים לוֹ.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תְּשׁוּבָה וְכַפָּרוֹת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עוֹשִׂים בְּעֶרֶב יוֹם כִּפּוּר?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הַחֲלָקִים הַמַּתְאִימִים.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פָּגַעְתִּי בְּחָבֵר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לְהִשְׁתַּפֵּר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חָבֵר מְבַקֵּשׁ סְלִיחָה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אֶסְלַח לוֹ בְּלֵב שָׁלֵם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כַּפָּרוֹת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צְדָקָה לַעֲנִיִּים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אֲבַקֵּשׁ סְלִיחָה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תְּשׁוּבָה וְכַפָּרוֹת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בְּעֶרֶב יוֹם כִּפּוּר מַדְלִיקִים נֵרוֹת.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בְּיוֹם כִּפּוּר נוֹעֲלִים נַעֲלֵי בַּד.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כָּל הַיּוֹם מִתְפַּלְּלִים בְּבֵית הַכְּנֶסֶת.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יוֹסִי מְבַקֵּשׁ סְלִיחָה מֵהֶחָבֵר שֶׁלּוֹ.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צוֹם וּנְעִילַת הַסַּנְדָּל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D35400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בְּיוֹם כִּפּוּר הַגְּדוֹלִים לֹא אוֹכְלִים וְלֹא שׁוֹתִים.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יְלָדִים קְטַנִּים אוֹכְלִים וְשׁוֹתִים, כִּי הֵם צְרִיכִים כֹּחַ.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בְּיוֹם כִּפּוּר לֹא נוֹעֲלִים נַעֲלֵי עוֹר, גַּם לֹא הַיְּלָדִים.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אֶפְשָׁר לִנְעֹל נַעֲלֵי בַּד אוֹ נַעֲלֵי גּוּמִי.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צוֹם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לֹא אוֹכְלִים וְלֹא שׁוֹתִים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נְעִילַת הַסַּנְדָּל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לִנְעֹל נַעֲלַיִם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לְחַנֵּךְ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לְלַמֵּד וּלְהַרְגִּיל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«וּבִנְעִילַת הַסַּנְדָּל וּרְחִיצָה וְסִיכָה, יֵשׁ לְחַנְּכָם גַּם קֹדֶם תֵּשַׁע שָׁנִים»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קלג, סָעִיף יט)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צָם בְּיוֹם כִּפּוּר?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הַגְּדוֹלִים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תִּינוֹקוֹת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יְלָדִים קְטַנִּים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אֵילוּ נַעֲלַיִם אָסוּר לִנְעֹל?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נַעֲלֵי בַּד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נַעֲלֵי עוֹר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נַעֲלֵי גּוּמִי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יֶלֶד קָטָן עוֹשֶׂה בְּיוֹם כִּפּוּר?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אוֹכֵל וְשׁוֹתֶה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נוֹעֵל עוֹר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לֹא שׁוֹתֶה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צוֹם וּנְעִילַת הַסַּנְדָּל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מֻתָּר אוֹ אָסוּר?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א. לְהִתְפַּלֵּל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ב. לִנְעֹל נַעֲלֵי עוֹר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ג. לִנְעֹל נַעֲלֵי בַּד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ד. לִכְתֹּב בְּמַחְבֶּרֶת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ה. לִקְרֹא בְּמַחְזוֹר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ו. לְהַדְלִיק אֵשׁ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מֻתָּר בְּיוֹם כִּפּוּר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אָסוּר בְּיוֹם כִּפּוּר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אוֹכְלִים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בַּד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מַחְזוֹר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בְּיוֹם כִּפּוּר הַגְּדוֹלִים לֹא ____________ וְלֹא שׁוֹתִים.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אָסוּר לִנְעֹל נַעֲלֵי ____________ בְּיוֹם כִּפּוּר.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אֶפְשָׁר לִנְעֹל נַעֲלֵי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בְּבֵית הַכְּנֶסֶת מִתְפַּלְּלִים מִתּוֹךְ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צוֹם וּנְעִילַת הַסַּנְדָּל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19709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e6ee069f60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197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בְּיוֹם כִּפּוּר לֹא מִתְרַחֲצִים.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561600" cy="89965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ba10fcc9a4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600" cy="89965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הַצּוֹם נִגְמָר כְּשֶׁיּוֹצְאִים הַכּוֹכָבִים.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658037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a393cc2fa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65803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בְּעֶרֶב יוֹם כִּפּוּר אוֹכְלִים סְעוּדָה מַפְסֶקֶת.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92800" cy="900991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3714c7e811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2800" cy="9009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מִתְפַּלְּלִים מִתּוֹךְ הַמַּחְזוֹר.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בְּיוֹם כִּפּוּר מְבַקְּשִׁים סְלִיחָה מֵה'.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בְּיוֹם כִּפּוּר נוֹעֲלִים נַעֲלֵי עוֹר.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יֶלֶד קָטָן אוֹכֵל בְּיוֹם כִּפּוּר.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אֵין צֹרֶךְ לְבַקֵּשׁ סְלִיחָה מֵחָבֵר.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נַעֲלַיִם שֶׁמֻּתָּר לִנְעֹל בְּיוֹם כִּפּוּר.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6"/>
                <w:szCs w:val="36"/>
                <w:rtl/>
              </w:rPr>
              <w:t>סִיַּמְתִּי לִלְמֹד אֶת הַיְּחִידָה «יוֹם כִּפּוּר».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981646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3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9816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נַעֲלֵי בַּד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4000" cy="2051074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3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000" cy="20510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מְבַקְּשִׁים סְלִיחָה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56800" cy="2048869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d66c678be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800" cy="20488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נֵרוֹת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96400" cy="2051252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00" cy="20512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בֵּית הַכְּנֶסֶת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מָה עוֹשִׂים בְּעֶרֶב יוֹם כִּפּוּר?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מַדְלִיקִים נֵרוֹת לִכְבוֹד הַיּוֹם.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בַּבֹּקֶר עוֹשִׂים כַּפָּרוֹת.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הוֹלְכִים לְבֵית הַכְּנֶסֶת לִתְפִלַּת כָּל נִדְרֵי.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אוֹכְלִים סְעוּדָה מַפְסֶקֶת.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