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יוֹם כִּפּוּר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יוֹם קָדוֹשׁ שֶׁל תְּשׁוּבָה וּסְלִיחָה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תְּשׁוּבָה וְכַפָּרוֹת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בְּיוֹם כִּפּוּר ה' סוֹלֵחַ לָנוּ.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אִם פָּגַעְתִּי בְּחָבֵר, אֲבַקֵּשׁ מִמֶּנּוּ סְלִיחָה.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כַּפָּרוֹת עוֹשִׂים בְּפֶסַח.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כְּשֶׁחָבֵר מְבַקֵּשׁ סְלִיחָה, לֹא סוֹלְחִים לוֹ.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עוֹשִׂים בְּעֶרֶב יוֹם כִּפּוּר?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בַּבֹּקֶר עוֹשִׂים כַּפָּרוֹת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אוֹכְלִים סְעוּדָה מַפְסֶקֶת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מַדְלִיקִים נֵרוֹת לִכְבוֹד הַיּוֹם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הוֹלְכִים לְבֵית הַכְּנֶסֶת לִתְפִלַּת כָּל נִדְרֵי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הַחֲלָקִים הַמַּתְאִימִים.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פָּגַעְתִּי בְּחָבֵר  ←  אֲבַקֵּשׁ סְלִיחָה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חָבֵר מְבַקֵּשׁ סְלִיחָה  ←  אֶסְלַח לוֹ בְּלֵב שָׁלֵם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כַּפָּרוֹת  ←  צְדָקָה לַעֲנִיִּים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תְּשׁוּבָה  ←  לְהִשְׁתַּפֵּר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1656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d66c678be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נֵרוֹת  ←  בְּעֶרֶב יוֹם כִּפּוּר מַדְלִיקִים נֵרוֹת.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47200" cy="39632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3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396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נַעֲלֵי בַּד  ←  בְּיוֹם כִּפּוּר נוֹעֲלִים נַעֲלֵי בַּד.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45600" cy="39463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00" cy="3946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בֵּית הַכְּנֶסֶת  ←  כָּל הַיּוֹם מִתְפַּלְּלִים בְּבֵית הַכְּנֶסֶת.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78800" cy="39535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3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800" cy="395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מְבַקְּשִׁים סְלִיחָה  ←  יוֹסִי מְבַקֵּשׁ סְלִיחָה מֵהֶחָבֵר שֶׁלּוֹ.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צוֹם וּנְעִילַת הַסַּנְדָּל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צָם בְּיוֹם כִּפּוּר?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הַגְּדוֹלִים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אֵילוּ נַעֲלַיִם אָסוּר לִנְעֹל?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נַעֲלֵי עוֹר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יֶלֶד קָטָן עוֹשֶׂה בְּיוֹם כִּפּוּר?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אוֹכֵל וְשׁוֹתֶה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מֻתָּר אוֹ אָסוּר?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מֻתָּר בְּיוֹם כִּפּוּר: לְהִתְפַּלֵּל · לִנְעֹל נַעֲלֵי בַּד · לִקְרֹא בְּמַחְזוֹר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אָסוּר בְּיוֹם כִּפּוּר: לִנְעֹל נַעֲלֵי עוֹר · לִכְתֹּב בְּמַחְבֶּרֶת · לְהַדְלִיק אֵשׁ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בְּיוֹם כִּפּוּר הַגְּדוֹלִים לֹא [אוֹכְלִים] וְלֹא שׁוֹתִים.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אָסוּר לִנְעֹל נַעֲלֵי [עוֹר] בְּיוֹם כִּפּוּר.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אֶפְשָׁר לִנְעֹל נַעֲלֵי [בַּד].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בְּבֵית הַכְּנֶסֶת מִתְפַּלְּלִים מִתּוֹךְ [מַחְזוֹר].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468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e6ee069f60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4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בְּעֶרֶב יוֹם כִּפּוּר אוֹכְלִים סְעוּדָה מַפְסֶקֶת.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48399" cy="39792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a10fcc9a4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399" cy="3979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בְּיוֹם כִּפּוּר לֹא מִתְרַחֲצִים.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2784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a393cc2fa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27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מִתְפַּלְּלִים מִתּוֹךְ הַמַּחְזוֹר.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2400" cy="39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3714c7e811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הַצּוֹם נִגְמָר כְּשֶׁיּוֹצְאִים הַכּוֹכָבִים.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בְּיוֹם כִּפּוּר מְבַקְּשִׁים סְלִיחָה מֵה'.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בְּיוֹם כִּפּוּר נוֹעֲלִים נַעֲלֵי עוֹר.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יֶלֶד קָטָן אוֹכֵל בְּיוֹם כִּפּוּר.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אֵין צֹרֶךְ לְבַקֵּשׁ סְלִיחָה מֵחָבֵר.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נַעֲלַיִם שֶׁמֻּתָּר לִנְעֹל בְּיוֹם כִּפּוּר.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