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בֵּין אָדָם לַחֲבֵרוֹ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בָּרוּךְ הַבָּא!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6120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-0.242-1.0-0.95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612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אֲנַחְנוּ מְקַבְּלִים אוֹרְחִים בְּשִׂמְחָה.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בֵּין אָדָם לַחֲבֵרוֹ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מַשְׁאִילִים בְּלֵב שָׁלֵם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66792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8-0.188-0.918-0.894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6679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אֲנִי מַשְׁאִיל לְחָבֵר וְלֹא נוֹקֵם.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