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בֵּין אָדָם לַחֲבֵרוֹ</w:t>
            </w:r>
          </w:p>
        </w:tc>
      </w:tr>
    </w:tbl>
    <w:p>
      <w:pPr>
        <w:bidi/>
        <w:spacing w:before="0" w:after="0" w:line="12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צָרִיךְ לָקוּם כְּשֶׁאַבָּא נִכְנָס.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מֻתָּר לְסַפֵּר לָשׁוֹן הָרָע אִם זֶה אֱמֶת.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מְקַבְּלִים אוֹרְחִים בְּשִׂמְחָה.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חָבֵר לֹא הִשְׁאִיל לִי, אָז גַּם אֲנִי לֹא אַשְׁאִיל.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הַתּוֹרָה מְצַוָּה עַל הַהוֹרִים?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לִשְׁכֹּחַ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לְכַבֵּד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לְהִתְוַכֵּחַ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אֵיךְ מַקְשִׁיבִים לַמּוֹרֶה?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בְּשֶׁקֶט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בִּצְעָקוֹת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בְּמִשְׂחָק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מַה זֶּה לָשׁוֹן הָרָע?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מַחְמָאָה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תְּפִלָּה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דִּבּוּר רַע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מִי אֵרַח אוֹרְחִים בָּאֹהֶל?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מֹשֶׁה רַבֵּנוּ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אַבְרָהָם אָבִינוּ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דָּוִד הַמֶּלֶךְ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הַמִּצְוָה לַמַּעֲשֶׂה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כִּבּוּד הוֹרִים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מַקְשִׁיבִים בַּשִּׁעוּר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כְּבוֹד מוֹרֶה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מַשְׁאִילִים לְכֻלָּם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הַכְנָסַת אוֹרְחִים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עוֹזְרִים לְאִמָּא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לֹא תִקֹּם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«בָּרוּךְ הַבָּא!»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סוֹלֵחַ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קָמִים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רְכִילוּת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אוֹרְחִים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כְּשֶׁהָרַב נִכְנָס, ____________ לִכְבוֹדוֹ.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אַבְרָהָם אָהַב לְקַבֵּל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«הוּא אָמַר עָלֶיךָ» – זוֹ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יְהוּדִי טוֹב ____________ לַחֲבֵרוֹ.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ה. כִּתְבוּ תְּשׁוּבָה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חָבֵר לֹא הִשְׁאִיל לְךָ עִפָּרוֹן. מָחָר הוּא מְבַקֵּשׁ מִמְּךָ. מַה תַּעֲשֶׂה?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Alef" w:hAnsi="Alef" w:cs="Alef" w:eastAsia="Alef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