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בֵּין אָדָם לַחֲבֵרוֹ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אֵיךְ נִהְיֶה טוֹבִים לַאֲחֵרִים?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כָּבוֹד לְהוֹרִים, לְמוֹרִים וּלְאוֹרְחִים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קָמִים כְּשֶׁאַבָּא נִכְנָס לַחֶדֶר.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מֻתָּר לָשֶׁבֶת עַל הַכִּסֵּא הַקָּבוּעַ שֶׁל אַבָּא.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עוֹזְרִים לְאִמָּא עִם חִיּוּךְ.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כְּשֶׁהַמּוֹרֶה מְדַבֵּר, מְדַבְּרִים עִם הֶחָבֵר.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אוֹרֵחַ בָּא אֵלֵינוּ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אוֹרֵחַ דּוֹפֵק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«בָּרוּךְ הַבָּא!»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אֹכֶל וּשְׁתִיָּה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מְלַוִּים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כְּשֶׁהָרַב נִכְנָס?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קָמִים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נוֹתְנִים לְאַבָּא שְׁתִיָּה?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בְּחִיּוּךְ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רָץ לִקְרַאת אוֹרְחִים?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אַבְרָהָם אָבִינוּ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0000" cy="3954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04c5d6cf1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395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מוֹרֶה  ←  קָמִים לִכְבוֹד הַמּוֹרֶה.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60800" cy="39563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7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800" cy="395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בָּרוּךְ הַבָּא!  ←  אֲנַחְנוּ מְקַבְּלִים אוֹרְחִים בְּשִׂמְחָה.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735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fdbe5f3183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7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לָשׁוֹן הָרָע  ←  לֹא מְסַפְּרִים לָשׁוֹן הָרָע.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4400" cy="39529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7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00" cy="3952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מַשְׁאִילִים בְּלֵב שָׁלֵם  ←  אֲנִי מַשְׁאִיל לְחָבֵר וְלֹא נוֹקֵם.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שׁוֹמְרִים עַל הַפֶּה וְסוֹלְחִים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מְמַיְּנִים דִּבּוּרִים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דִּבּוּר טוֹב: «אַתָּה חָבֵר נֶהְדָּר!» · «תּוֹדָה שֶׁעָזַרְתָּ לִי»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דִּבּוּר אָסוּר: «יוֹסִי לֹא יוֹדֵעַ לִקְרֹא» · «שָׁמַעְתִּי מָה אָמְרוּ עָלֶיךָ»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הַשֵּׁם שֶׁל הַמַּעֲשֶׂה?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הַשֵּׁם לַדֻּגְמָה.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לָשׁוֹן הָרָע  ←  סִפּוּר רַע עַל 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רְכִילוּת  ←  «הוּא אָמַר עָלֶיךָ...»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נְקָמָה  ←  «לֹא אַשְׁאִיל לְךָ!»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נְטִירָה  ←  «אֲנִי לֹא כְּמוֹתְךָ»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אֲנִי שׁוֹמֵר עַל [הַפֶּה] שֶׁלִּי.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לָשׁוֹן הָרָע אָסוּר גַּם כְּשֶׁזֶּה [אֱמֶת].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חָבֵר לֹא הִשְׁאִיל לִי, וַאֲנִי [מַשְׁאִיל] לוֹ.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לֹא זוֹכְרִים אֶת הָרַע, אֶלָּא [סוֹלְחִים] בַּלֵּב.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51999" cy="39599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4a39ac951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99" cy="395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לֹא יוֹשְׁבִים בַּמָּקוֹם הַקָּבוּעַ שֶׁל אַבָּא.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27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67fe53c10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2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אֲנִי כּוֹתֵב מִכְתַּב תּוֹדָה לַהוֹרִים.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162000" cy="39895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b91175c3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" cy="3989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מְבַקְּרִים חָבֵר חוֹלֶה.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3bcc4cd37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←  עוֹזְרִים לְסַדֵּר אֶת הַבַּיִת.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אוֹרֵחַ בָּא. מָה אוֹמְרִים?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«בָּרוּךְ הַבָּא!»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חָבֵר מְסַפֵּר לָשׁוֹן הָרָע. מָה עוֹשִׂים?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לֹא מַקְשִׁיבִים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אֲנִי מְכַבֵּד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מְכַבְּדִים אֶת אַבָּא וְאִמָּא.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