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בְּרָכוֹת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מָזוֹן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לֶחֶם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כַּזַּיִת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שְׁמַע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מִטָּה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מַפִּיל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לַיְלָה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תְּמָרִים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מְזוּזָה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