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בְּרָכוֹת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מָזוֹן  (מזון)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לֶחֶם  (לחם)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כַּזַּיִת  (כזית)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שְׁמַע  (שמע)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מִטָּה  (מיטה)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מַפִּיל  (מפיל)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לַיְלָה  (לילה)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תְּמָרִים  (תמרים)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מְזוּזָה  (מזוזה)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