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בְּרָכוֹת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מוֹדִים לַה' אַחֲרֵי הָאֹכֶל וְלִפְנֵי הַשֵּׁנָה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בִּרְכַּת הַמָּזוֹן וּבְרָכָה אַחֲרוֹנָה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7950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קְרִיאַת שְׁמַע עַל הַמִּטָּה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בַּחוֹבֶרֶת הַזֹּאת נִלְמַד עַל בְּרָכוֹת.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נִלְמַד מָה מְבָרְכִים אַחֲרֵי שֶׁאוֹכְלִים וְשׁוֹתִים.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נִלְמַד גַּם מָה אוֹמְרִים לִפְנֵי שֶׁהוֹלְכִים לִישֹׁן.</w:t>
      </w:r>
    </w:p>
    <w:p>
      <w:pPr>
        <w:bidi/>
        <w:spacing w:before="0" w:after="0" w:line="12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בִּרְכַּת הַמָּזוֹן וּבְרָכָה אַחֲרוֹנָה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שֶׁאָכַלְנוּ לֶחֶם, אֲנַחְנוּ מְבָרְכִים בִּרְכַּת הַמָּזוֹן.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עוּגָה, עֲנָבִים אוֹ תְּמָרִים מְבָרְכִים «עַל הַמִּחְיָה» אוֹ «עַל הָעֵץ».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תַּפּוּחַ, מַיִם אוֹ בָּנָנָה מְבָרְכִים «בּוֹרֵא נְפָשׁוֹת».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מְבָרְכִים בִּישִׁיבָה, לְאַט וּבְשִׂמְחָה, וְאוֹמְרִים תּוֹדָה לַה'.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בִּרְכַּת הַמָּזוֹן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הַבְּרָכָה הָאֲרֻכָּה שֶׁאוֹמְרִים אַחֲרֵי לֶחֶם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כַּזַּיִת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חֲתִיכָה קְטַנָּה, בְּגֹדֶל שֶׁל זַיִת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בְּרָכָה אַחֲרוֹנָה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בְּרָכָה שֶׁאוֹמְרִים אַחֲרֵי שֶׁאָכַלְנוּ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«אֲפִלּוּ לֹא אָכַל רַק כַּזַּיִת פַּת, צָרִיךְ לְבָרֵךְ בִּרְכַּת הַמָּזוֹן»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מד, סָעִיף 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מְבָרְכִים?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הַבְּרָכָה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אָכַלְתִּי פְּרוּסַת לֶחֶם.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בִּרְכַּת הַמָּזוֹן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בּוֹרֵא נְפָשׁוֹת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הָעֵץ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שָׁתִיתִי כּוֹס מַיִם.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בִּרְכַּת הַמָּזוֹן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בּוֹרֵא נְפָשׁוֹת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אָכַלְתִּי תְּמָרִים.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בּוֹרֵא נְפָשׁוֹת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בִּרְכַּת הַמָּזוֹן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בִּרְכַּת הַמָּזוֹן וּבְרָכָה אַחֲרוֹנָה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אֵיזוֹ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מַאֲכָל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א. פִּתָּה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ב. חַלָּה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ג. לַחְמָנִיָּה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ה. מִיץ תַּפּוּזִים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ו. גֶּזֶר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בִּרְכַּת הַמָּזוֹן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בּוֹרֵא נְפָשׁוֹת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מְבָרְכִים בִּרְכַּת הַמָּזוֹן בִּישִׁיבָה.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אַחֲרֵי לֶחֶם מְבָרְכִים בּוֹרֵא נְפָשׁוֹת.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גַּם אַחֲרֵי כַּזַּיִת לֶחֶם מְבָרְכִים.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מֻתָּר לָרוּץ בִּזְמַן בִּרְכַּת הַמָּזוֹן.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בִּרְכַּת הַמָּזוֹן וּבְרָכָה אַחֲרוֹנָה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בִּרְכַּת הַמָּזוֹן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הַמַּפִּיל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כַּזַּיִת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סוֹלֵחַ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בְּרָכָה עַל הַשֵּׁנָה, אוֹמְרִים אוֹתָהּ בַּסּוֹף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הַבְּרָכָה הָאֲרֻכָּה שֶׁאוֹמְרִים אַחֲרֵי לֶחֶם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לֹא כּוֹעֵס יוֹתֵר עַל מִישֶׁהוּ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חֲתִיכָה קְטַנָּה, בְּגֹדֶל שֶׁל זַיִת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קְרִיאַת שְׁמַע עַל הַמִּטָּה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1F618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לִפְנֵי הַשֵּׁנָה אֲנַחְנוּ אוֹמְרִים «שְׁמַע יִשְׂרָאֵל».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קֹדֶם אֲנַחְנוּ סוֹלְחִים לְכָל מִי שֶׁצִּעֵר אוֹתָנוּ.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בַּסּוֹף מְבָרְכִים בִּרְכַּת «הַמַּפִּיל», וּמְבַקְּשִׁים שֵׁנָה טוֹבָה.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הַמַּפִּיל לֹא מְדַבְּרִים, אֶלָּא נִרְדָּמִים בְּשֶׁקֶט.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הַמַּפִּיל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בְּרָכָה עַל הַשֵּׁנָה, אוֹמְרִים אוֹתָהּ בַּסּוֹף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סוֹלֵחַ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לֹא כּוֹעֵס יוֹתֵר עַל מִישֶׁהוּ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מְזוּזָה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קְלָף עִם «שְׁמַע» עַל הַפֶּתַח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«וּלְאַחַר שֶׁאָמַר בִּרְכַּת הַמַּפִּיל, לֹא יֹאכַל וְלֹא יִשְׁתֶּה וְלֹא יְדַבֵּר עַד שֶׁיִּישַׁן.»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עא, סָעִיף 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שְׁמַע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הַמַּפִּיל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סוֹלְחִים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מְדַבְּרִים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לִפְנֵי הַשֵּׁנָה אוֹמְרִים ____________ יִשְׂרָאֵל.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אֲנַחְנוּ ____________ לְכָל מִי שֶׁצִּעֵר אוֹתָנוּ.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בַּסּוֹף מְבָרְכִים בִּרְכַּת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הַבְּרָכָה לֹא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קְרִיאַת שְׁמַע עַל הַמִּטָּה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סֵדֶר לִפְנֵי הַשֵּׁנָה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הַחֲלָקִים הַמַּתְאִימִים.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שְׁמַע יִשְׂרָאֵל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עַל פֶּתַח הַחֶדֶר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הַמַּפִּיל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ה' אֶחָד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מְזוּזָה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בַּלַּיְלָה בַּמִּטָּה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שֵׁנָה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בְּרָכָה בַּסּוֹף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קְרִיאַת שְׁמַע עַל הַמִּטָּה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עַל הַבָּנָנָה מְבָרְכִים בּוֹרֵא פְּרִי הָאֲדָמָה.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אַחֲרֵי הָאֹכֶל אֲנַחְנוּ מְבָרְכִים וְאוֹמְרִים תּוֹדָה.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כְּשֶׁרוֹאִים קֶשֶׁת בֶּעָנָן מְבָרְכִים בְּרָכָה מְיֻחֶדֶת.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לִפְנֵי הַשֵּׁנָה אֲנִי אוֹמֵר שְׁמַע יִשְׂרָאֵל.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אַחֲרֵי חַלָּה מְבָרְכִים בִּרְכַּת הַמָּזוֹן.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אַחֲרֵי מַיִם מְבָרְכִים עַל הָעֵץ.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שְׁמַע אוֹמְרִים לִפְנֵי הַשֵּׁנָה.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אַחֲרֵי הַמַּפִּיל מְדַבְּרִים הַרְבֵּה.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הַחֶדֶר שֶׁלִּי בַּלַּיְלָה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אֶת הַחֶדֶר שֶׁלָּכֶם לִפְנֵי הַשֵּׁנָה. כִּתְבוּ מָה אַתֶּם אוֹמְרִים.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sz w:val="36"/>
                <w:szCs w:val="36"/>
                <w:rtl/>
              </w:rPr>
              <w:t>סִיַּמְתִּי לִלְמֹד אֶת הַיְּחִידָה «בְּרָכוֹת».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579063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8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579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אַחֲרֵי הָאֹכֶל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57200" cy="2050827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8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200" cy="2050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לִפְנֵי הַשֵּׁנָה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2052735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06a7d7522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527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בָּנָנָה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2052735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bab8073c1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527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קֶשֶׁת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סֵדֶר לִפְנֵי הַשֵּׁנָה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אֲנִי מְבָרֵךְ הַמַּפִּיל.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אֲנִי סוֹלֵחַ לְכָל מִי שֶׁצִּעֵר אוֹתִי.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אֲנִי נִרְדָּם בְּשֶׁקֶט.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אֲנִי אוֹמֵר שְׁמַע יִשְׂרָאֵל.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