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בְּרָכוֹת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מוֹדִים לַה' אַחֲרֵי הָאֹכֶל וְלִפְנֵי הַשֵּׁנָה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ssistant" w:hAnsi="Assistant" w:cs="Assistant" w:eastAsia="Assistant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בִּרְכַּת הַמָּזוֹן וּבְרָכָה אַחֲרוֹנָה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מְבָרְכִים?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הַקִּיפוּ אֶת הַבְּרָכָה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אָכַלְתִּי פְּרוּסַת לֶחֶם.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בִּרְכַּת הַמָּזוֹן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שָׁתִיתִי כּוֹס מַיִם.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בּוֹרֵא נְפָשׁוֹת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אָכַלְתִּי תְּמָרִים.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עַל הָעֵץ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אֵיזוֹ בְּרָכָה?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כִּתְבוּ כָּל מַאֲכָל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בִּרְכַּת הַמָּזוֹן: פִּתָּה · חַלָּה · לַחְמָנִיָּה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בּוֹרֵא נְפָשׁוֹת: תַּפּוּחַ · מִיץ תַּפּוּזִים · גֶּזֶר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מְבָרְכִים בִּרְכַּת הַמָּזוֹן בִּישִׁיבָה.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אַחֲרֵי לֶחֶם מְבָרְכִים בּוֹרֵא נְפָשׁוֹת.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גַּם אַחֲרֵי כַּזַּיִת לֶחֶם מְבָרְכִים.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מֻתָּר לָרוּץ בִּזְמַן בִּרְכַּת הַמָּזוֹן.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הַבְּרָכָה הָאֲרֻכָּה שֶׁאוֹמְרִים אַחֲרֵי לֶחֶם  ←  בִּרְכַּת הַמָּזוֹן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חֲתִיכָה קְטַנָּה, בְּגֹדֶל שֶׁל זַיִת  ←  כַּזַּיִת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בְּרָכָה עַל הַשֵּׁנָה, אוֹמְרִים אוֹתָהּ בַּסּוֹף  ←  הַמַּפִּיל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לֹא כּוֹעֵס יוֹתֵר עַל מִישֶׁהוּ  ←  סוֹלֵחַ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קְרִיאַת שְׁמַע עַל הַמִּטָּה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לִפְנֵי הַשֵּׁנָה אוֹמְרִים [שְׁמַע] יִשְׂרָאֵל.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אֲנַחְנוּ [סוֹלְחִים] לְכָל מִי שֶׁצִּעֵר אוֹתָנוּ.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בַּסּוֹף מְבָרְכִים בִּרְכַּת [הַמַּפִּיל].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אַחֲרֵי הַבְּרָכָה לֹא [מְדַבְּרִים].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סֵדֶר לִפְנֵי הַשֵּׁנָה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אֲנִי סוֹלֵחַ לְכָל מִי שֶׁצִּעֵר אוֹתִי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אֲנִי אוֹמֵר שְׁמַע יִשְׂרָאֵל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אֲנִי מְבָרֵךְ הַמַּפִּיל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אֲנִי נִרְדָּם בְּשֶׁקֶט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הַחֲלָקִים הַמַּתְאִימִים.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שְׁמַע יִשְׂרָאֵל  ←  ה' אֶחָד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הַמַּפִּיל  ←  בְּרָכָה בַּסּוֹף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מְזוּזָה  ←  עַל פֶּתַח הַחֶדֶר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שֵׁנָה  ←  בַּלַּיְלָה בַּמִּטָּה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528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06a7d7522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8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בָּנָנָה  ←  עַל הַבָּנָנָה מְבָרְכִים בּוֹרֵא פְּרִי הָאֲדָמָה.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3243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8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24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אַחֲרֵי הָאֹכֶל  ←  אַחֲרֵי הָאֹכֶל אֲנַחְנוּ מְבָרְכִים וְאוֹמְרִים תּוֹדָה.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52800" cy="39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bab8073c1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8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קֶשֶׁת  ←  כְּשֶׁרוֹאִים קֶשֶׁת בֶּעָנָן מְבָרְכִים בְּרָכָה מְיֻחֶדֶת.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35600" cy="395774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8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00" cy="3957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לִפְנֵי הַשֵּׁנָה  ←  לִפְנֵי הַשֵּׁנָה אֲנִי אוֹמֵר שְׁמַע יִשְׂרָאֵל.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אַחֲרֵי חַלָּה מְבָרְכִים בִּרְכַּת הַמָּזוֹן.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אַחֲרֵי מַיִם מְבָרְכִים עַל הָעֵץ.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שְׁמַע אוֹמְרִים לִפְנֵי הַשֵּׁנָה.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אַחֲרֵי הַמַּפִּיל מְדַבְּרִים הַרְבֵּה.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הַחֶדֶר שֶׁלִּי בַּלַּיְלָה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אֶת הַחֶדֶר שֶׁלָּכֶם לִפְנֵי הַשֵּׁנָה. כִּתְבוּ מָה אַתֶּם אוֹמְרִים.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