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חֲנֻכָּה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חֲנֻכִּיָּה דּוֹלֶקֶת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84000" cy="66908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44_0.148-0.13-0.85-0.855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66908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בַּלַּיְלָה הַשְּׁמִינִי דּוֹלְקִים שְׁמוֹנָה נֵרוֹת.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חֲנֻכָּה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פַּךְ הַשֶּׁמֶן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97591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55-0.244-0.988-0.8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975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הַשֶּׁמֶן הַקָּטָן דָּלַק שְׁמוֹנָה יָמִים.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חֲנֻכָּה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814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