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חֲנֻכָּה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חֲנֻכָּה  (חנוכה)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מַכַּבִּים  (מכבים)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שֶׁמֶן  (שמן)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סְבִיבוֹן  (סביבון)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חֲנֻכִּיָּה  (חנוכיה)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שַׁמָּשׁ  (שמש)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מִקְדָּשׁ  (מקדש)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נֵרוֹת  (נרות)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יְוָנִים  (יוונים)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סֻפְגָּנִיָּה  (סופגניה)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