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0"/>
        <w:jc w:val="right"/>
      </w:pPr>
      <w:r>
        <w:rPr>
          <w:rFonts w:ascii="Noto Serif Hebrew" w:hAnsi="Noto Serif Hebrew" w:cs="Noto Serif Hebrew" w:eastAsia="Noto Serif Hebrew"/>
          <w:b/>
          <w:bCs/>
          <w:color w:val="555555"/>
          <w:sz w:val="24"/>
          <w:szCs w:val="24"/>
          <w:rtl/>
        </w:rPr>
        <w:t>בס"ד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1F3A5F"/>
            <w:tcMar>
              <w:top w:w="198" w:type="dxa"/>
              <w:left w:w="198" w:type="dxa"/>
              <w:bottom w:w="198" w:type="dxa"/>
              <w:right w:w="19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E2C47A"/>
                <w:sz w:val="36"/>
                <w:szCs w:val="36"/>
                <w:rtl/>
              </w:rPr>
              <w:t>הֲלָכָה · כִּתָּה ב'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FFFFFF"/>
                <w:sz w:val="80"/>
                <w:szCs w:val="80"/>
                <w:rtl/>
              </w:rPr>
              <w:t>חֲנֻכָּה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color w:val="FFFFFF"/>
                <w:sz w:val="38"/>
                <w:szCs w:val="38"/>
                <w:rtl/>
              </w:rPr>
              <w:t>נֵס פַּךְ הַשֶּׁמֶן וּמִצְוַת נֵר חֲנֻכָּה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192000" cy="423663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_172_None_Fals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42366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0" w:space="0" w:color="B8902F"/>
              <w:left w:val="single" w:sz="10" w:space="0" w:color="B8902F"/>
              <w:bottom w:val="single" w:sz="10" w:space="0" w:color="B8902F"/>
              <w:right w:val="single" w:sz="10" w:space="0" w:color="B8902F"/>
            </w:tcBorders>
            <w:shd w:val="clear" w:color="auto" w:fill="F6EEDD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1F3A5F"/>
                <w:sz w:val="34"/>
                <w:szCs w:val="34"/>
                <w:rtl/>
              </w:rPr>
              <w:t>חוֹבֶרֶת עֲבוֹדָה לַתַּלְמִיד · לְפִי תּוֹכְנִית הַלִּימוּדִים בַּהֲלָכָה – חמ"ד</w:t>
            </w:r>
          </w:p>
        </w:tc>
      </w:tr>
    </w:tbl>
    <w:p>
      <w:pPr>
        <w:bidi/>
        <w:spacing w:before="200" w:after="0"/>
        <w:jc w:val="center"/>
      </w:pPr>
      <w:r>
        <w:rPr>
          <w:rFonts w:ascii="Noto Serif Hebrew" w:hAnsi="Noto Serif Hebrew" w:cs="Noto Serif Hebrew" w:eastAsia="Noto Serif Hebrew"/>
          <w:b/>
          <w:bCs/>
          <w:color w:val="1F3A5F"/>
          <w:sz w:val="34"/>
          <w:szCs w:val="34"/>
          <w:rtl/>
        </w:rPr>
        <w:t>שֵׁם פְּרָטִי ___________   שֵׁם מִשְׁפָּחָה ___________   כִּתָּה _____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52"/>
                <w:szCs w:val="52"/>
                <w:rtl/>
              </w:rPr>
              <w:t>תּוֹכֶן הָעִנְיָנִים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092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680"/>
        <w:gridCol w:w="7711"/>
        <w:gridCol w:w="1701"/>
      </w:tblGrid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1F3A5F"/>
              <w:left w:val="single" w:sz="8" w:space="0" w:color="1F3A5F"/>
              <w:bottom w:val="single" w:sz="8" w:space="0" w:color="1F3A5F"/>
              <w:right w:val="single" w:sz="8" w:space="0" w:color="1F3A5F"/>
            </w:tcBorders>
            <w:shd w:val="clear" w:color="auto" w:fill="1F3A5F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מָבוֹא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1F3A5F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1F3A5F"/>
                <w:sz w:val="36"/>
                <w:szCs w:val="36"/>
                <w:rtl/>
              </w:rPr>
              <w:t>3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8E44AD"/>
              <w:left w:val="single" w:sz="8" w:space="0" w:color="8E44AD"/>
              <w:bottom w:val="single" w:sz="8" w:space="0" w:color="8E44AD"/>
              <w:right w:val="single" w:sz="8" w:space="0" w:color="8E44AD"/>
            </w:tcBorders>
            <w:shd w:val="clear" w:color="auto" w:fill="8E44AD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sz w:val="38"/>
                <w:szCs w:val="38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: הַמַּכַּבִּים וְנֵס פַּךְ הַשֶּׁמֶן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8E44AD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8E44AD"/>
                <w:sz w:val="36"/>
                <w:szCs w:val="36"/>
                <w:rtl/>
              </w:rPr>
              <w:t>4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D35400"/>
              <w:left w:val="single" w:sz="8" w:space="0" w:color="D35400"/>
              <w:bottom w:val="single" w:sz="8" w:space="0" w:color="D35400"/>
              <w:right w:val="single" w:sz="8" w:space="0" w:color="D35400"/>
            </w:tcBorders>
            <w:shd w:val="clear" w:color="auto" w:fill="D35400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sz w:val="38"/>
                <w:szCs w:val="38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: מַדְלִיקִים נֵרוֹת חֲנֻכָּה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D35400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D35400"/>
                <w:sz w:val="36"/>
                <w:szCs w:val="36"/>
                <w:rtl/>
              </w:rPr>
              <w:t>7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מָה לָמַדְנוּ? – חֲזָרָה וּתְעוּדָה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7D3C98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7D3C98"/>
                <w:sz w:val="36"/>
                <w:szCs w:val="36"/>
                <w:rtl/>
              </w:rPr>
              <w:t>10</w:t>
            </w:r>
          </w:p>
        </w:tc>
      </w:tr>
      <w:tr>
        <w:trPr>
          <w:trHeight w:val="765" w:hRule="atLeast"/>
          <w:cantSplit/>
        </w:trPr>
        <w:tc>
          <w:tcPr>
            <w:tcW w:type="dxa" w:w="3439"/>
            <w:tcW w:w="680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20"/>
                <w:szCs w:val="20"/>
                <w:rtl/>
              </w:rPr>
              <w:t xml:space="preserve"> </w:t>
            </w:r>
          </w:p>
        </w:tc>
        <w:tc>
          <w:tcPr>
            <w:tcW w:type="dxa" w:w="3439"/>
            <w:tcW w:w="771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8"/>
                <w:szCs w:val="38"/>
                <w:rtl/>
              </w:rPr>
              <w:t>דַּף גְּזִירָה</w:t>
            </w:r>
          </w:p>
        </w:tc>
        <w:tc>
          <w:tcPr>
            <w:tcW w:type="dxa" w:w="3439"/>
            <w:tcW w:w="1701" w:type="dxa"/>
            <w:tcBorders>
              <w:top w:val="nil" w:sz="0" w:space="0" w:color="FFFFFF"/>
              <w:left w:val="nil" w:sz="0" w:space="0" w:color="FFFFFF"/>
              <w:bottom w:val="dotted" w:sz="6" w:space="0" w:color="BBBBBB"/>
              <w:right w:val="nil" w:sz="0" w:space="0" w:color="FFFFFF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566573"/>
                <w:sz w:val="36"/>
                <w:szCs w:val="36"/>
                <w:rtl/>
              </w:rPr>
              <w:t xml:space="preserve">עַמּוּד </w:t>
            </w:r>
            <w:r>
              <w:rPr>
                <w:rFonts w:ascii="Noto Sans" w:hAnsi="Noto Sans" w:cs="Noto Sans" w:eastAsia="Noto Sans"/>
                <w:b/>
                <w:bCs/>
                <w:color w:val="566573"/>
                <w:sz w:val="36"/>
                <w:szCs w:val="36"/>
                <w:rtl/>
              </w:rPr>
              <w:t>11</w:t>
            </w:r>
          </w:p>
        </w:tc>
      </w:tr>
    </w:tbl>
    <w:p>
      <w:pPr>
        <w:bidi/>
        <w:spacing w:before="0" w:after="0" w:line="28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780000" cy="4725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l2_105_None_Fals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80000" cy="472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80" w:after="0"/>
        <w:jc w:val="center"/>
      </w:pPr>
      <w:r>
        <w:rPr>
          <w:rFonts w:ascii="Noto Serif Hebrew" w:hAnsi="Noto Serif Hebrew" w:cs="Noto Serif Hebrew" w:eastAsia="Noto Serif Hebrew"/>
          <w:b/>
          <w:bCs/>
          <w:color w:val="1F3A5F"/>
          <w:sz w:val="34"/>
          <w:szCs w:val="34"/>
          <w:rtl/>
        </w:rPr>
        <w:t>פִּנַּת צְבִיעָה: צַבְּעוּ אֶת הַתְּמוּנָה!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B8902F"/>
              <w:left w:val="single" w:sz="8" w:space="0" w:color="B8902F"/>
              <w:bottom w:val="single" w:sz="8" w:space="0" w:color="B8902F"/>
              <w:right w:val="single" w:sz="8" w:space="0" w:color="B8902F"/>
            </w:tcBorders>
            <w:shd w:val="clear" w:color="auto" w:fill="B8902F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52"/>
                <w:szCs w:val="52"/>
                <w:rtl/>
              </w:rPr>
              <w:t>מָבוֹא</w:t>
            </w:r>
          </w:p>
        </w:tc>
      </w:tr>
    </w:tbl>
    <w:p>
      <w:pPr>
        <w:bidi/>
        <w:spacing w:before="0" w:after="0" w:line="20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0" w:after="120" w:line="276" w:lineRule="auto"/>
        <w:jc w:val="both"/>
      </w:pPr>
      <w:r>
        <w:rPr>
          <w:rFonts w:ascii="Noto Serif Hebrew" w:hAnsi="Noto Serif Hebrew" w:cs="Noto Serif Hebrew" w:eastAsia="Noto Serif Hebrew"/>
          <w:sz w:val="36"/>
          <w:szCs w:val="36"/>
          <w:rtl/>
        </w:rPr>
        <w:t>בַּחוֹבֶרֶת הַזֹּאת נִלְמַד עַל חַג הַחֲנֻכָּה.</w:t>
      </w:r>
    </w:p>
    <w:p>
      <w:pPr>
        <w:bidi/>
        <w:spacing w:before="0" w:after="120" w:line="276" w:lineRule="auto"/>
        <w:jc w:val="both"/>
      </w:pPr>
      <w:r>
        <w:rPr>
          <w:rFonts w:ascii="Noto Serif Hebrew" w:hAnsi="Noto Serif Hebrew" w:cs="Noto Serif Hebrew" w:eastAsia="Noto Serif Hebrew"/>
          <w:sz w:val="36"/>
          <w:szCs w:val="36"/>
          <w:rtl/>
        </w:rPr>
        <w:t>נִשְׁמַע עַל הַמַּכַּבִּים הַגִּבּוֹרִים וְעַל נֵס פַּךְ הַשֶּׁמֶן.</w:t>
      </w:r>
    </w:p>
    <w:p>
      <w:pPr>
        <w:bidi/>
        <w:spacing w:before="0" w:after="120" w:line="276" w:lineRule="auto"/>
        <w:jc w:val="both"/>
      </w:pPr>
      <w:r>
        <w:rPr>
          <w:rFonts w:ascii="Noto Serif Hebrew" w:hAnsi="Noto Serif Hebrew" w:cs="Noto Serif Hebrew" w:eastAsia="Noto Serif Hebrew"/>
          <w:sz w:val="36"/>
          <w:szCs w:val="36"/>
          <w:rtl/>
        </w:rPr>
        <w:t>נִלְמַד אֵיךְ וְאֵיפֹה מַדְלִיקִים אֶת נֵרוֹת הַחֲנֻכָּה.</w:t>
      </w:r>
    </w:p>
    <w:p>
      <w:pPr>
        <w:bidi/>
        <w:spacing w:before="0" w:after="0" w:line="12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bidi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6300000" cy="431052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tro_175_None_Fals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00000" cy="43105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ashed" w:sz="14" w:space="0" w:color="E67E22"/>
              <w:left w:val="dashed" w:sz="14" w:space="0" w:color="E67E22"/>
              <w:bottom w:val="dashed" w:sz="14" w:space="0" w:color="E67E22"/>
              <w:right w:val="dashed" w:sz="14" w:space="0" w:color="E67E22"/>
            </w:tcBorders>
            <w:shd w:val="clear" w:color="auto" w:fill="FFF3E0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A04000"/>
                <w:sz w:val="34"/>
                <w:szCs w:val="34"/>
                <w:rtl/>
              </w:rPr>
              <w:t xml:space="preserve">✂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A04000"/>
                <w:sz w:val="34"/>
                <w:szCs w:val="34"/>
                <w:rtl/>
              </w:rPr>
              <w:t xml:space="preserve">דַּף הַגְּזִירָה נִמְצָא בְּסוֹף הַחוֹבֶרֶת. מַדְפִּיסִים אוֹתוֹ בְּצַד אֶחָד שֶׁל הַדַּף. דַּף הַגְּזִירָה: עַמּוּד </w:t>
            </w:r>
            <w:r>
              <w:rPr>
                <w:rFonts w:ascii="Noto Sans" w:hAnsi="Noto Sans" w:cs="Noto Sans" w:eastAsia="Noto Sans"/>
                <w:b/>
                <w:bCs/>
                <w:color w:val="A04000"/>
                <w:sz w:val="34"/>
                <w:szCs w:val="34"/>
                <w:rtl/>
              </w:rPr>
              <w:t>11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A04000"/>
                <w:sz w:val="34"/>
                <w:szCs w:val="34"/>
                <w:rtl/>
              </w:rPr>
              <w:t>.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8E44AD"/>
              <w:left w:val="single" w:sz="14" w:space="0" w:color="8E44AD"/>
              <w:bottom w:val="single" w:sz="14" w:space="0" w:color="8E44AD"/>
              <w:right w:val="single" w:sz="14" w:space="0" w:color="8E44AD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8E44AD"/>
              <w:left w:val="single" w:sz="14" w:space="0" w:color="8E44AD"/>
              <w:bottom w:val="single" w:sz="14" w:space="0" w:color="8E44AD"/>
              <w:right w:val="single" w:sz="14" w:space="0" w:color="8E44AD"/>
            </w:tcBorders>
            <w:shd w:val="clear" w:color="auto" w:fill="8E44AD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48"/>
                <w:szCs w:val="48"/>
                <w:rtl/>
              </w:rPr>
              <w:t>הַמַּכַּבִּים וְנֵס פַּךְ הַשֶּׁמֶן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6" w:space="0" w:color="F0B429"/>
              <w:left w:val="single" w:sz="16" w:space="0" w:color="F0B429"/>
              <w:bottom w:val="single" w:sz="16" w:space="0" w:color="F0B429"/>
              <w:right w:val="single" w:sz="16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8E44AD"/>
                <w:sz w:val="38"/>
                <w:szCs w:val="38"/>
                <w:rtl/>
              </w:rPr>
              <w:t xml:space="preserve">✦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8E44AD"/>
                <w:sz w:val="38"/>
                <w:szCs w:val="38"/>
                <w:rtl/>
              </w:rPr>
              <w:t>לוֹמְדִים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הַיְּוָנִים שָׁלְטוּ בְּאֶרֶץ יִשְׂרָאֵל וְלֹא נָתְנוּ לִלְמֹד תּוֹרָה.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הַמַּכַּבִּים, בְּנֵי מַתִּתְיָהוּ הַכֹּהֵן, נִלְחֲמוּ בָּהֶם, וּבְעֶזְרַת ה' נִצְּחוּ.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בְּבֵית הַמִּקְדָּשׁ מָצְאוּ רַק פַּךְ אֶחָד שֶׁל שֶׁמֶן טָהוֹר.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הַשֶּׁמֶן הִסְפִּיק לְיוֹם אֶחָד, אֲבָל דָּלַק שְׁמוֹנָה יָמִים!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814"/>
              <w:gridCol w:w="7938"/>
            </w:tblGrid>
            <w:tr>
              <w:trPr>
                <w:cantSplit/>
              </w:trPr>
              <w:tc>
                <w:tcPr>
                  <w:tcW w:type="dxa" w:w="5159"/>
                  <w:tcW w:w="1814" w:type="dxa"/>
                  <w:tcBorders>
                    <w:top w:val="single" w:sz="8" w:space="0" w:color="8E44AD"/>
                    <w:left w:val="single" w:sz="8" w:space="0" w:color="8E44AD"/>
                    <w:bottom w:val="single" w:sz="8" w:space="0" w:color="8E44AD"/>
                    <w:right w:val="single" w:sz="8" w:space="0" w:color="8E44AD"/>
                  </w:tcBorders>
                  <w:shd w:val="clear" w:color="auto" w:fill="8E44AD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938" w:type="dxa"/>
                  <w:tcBorders>
                    <w:top w:val="dashed" w:sz="8" w:space="0" w:color="8E44AD"/>
                    <w:left w:val="dashed" w:sz="8" w:space="0" w:color="8E44AD"/>
                    <w:bottom w:val="dashed" w:sz="8" w:space="0" w:color="8E44AD"/>
                    <w:right w:val="dashed" w:sz="8" w:space="0" w:color="8E44AD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2"/>
                      <w:szCs w:val="32"/>
                      <w:rtl/>
                    </w:rPr>
                    <w:t>יְוָנִים</w:t>
                  </w:r>
                  <w:r>
                    <w:rPr>
                      <w:rFonts w:ascii="Noto Serif Hebrew" w:hAnsi="Noto Serif Hebrew" w:cs="Noto Serif Hebrew" w:eastAsia="Noto Serif Hebrew"/>
                      <w:sz w:val="32"/>
                      <w:szCs w:val="32"/>
                      <w:rtl/>
                    </w:rPr>
                    <w:t xml:space="preserve"> – עַם שֶׁשָּׁלַט בָּאָרֶץ וְרָצָה שֶׁנִּשְׁכַּח אֶת הַתּוֹרָה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2"/>
                      <w:szCs w:val="32"/>
                      <w:rtl/>
                    </w:rPr>
                    <w:t>פַּךְ</w:t>
                  </w:r>
                  <w:r>
                    <w:rPr>
                      <w:rFonts w:ascii="Noto Serif Hebrew" w:hAnsi="Noto Serif Hebrew" w:cs="Noto Serif Hebrew" w:eastAsia="Noto Serif Hebrew"/>
                      <w:sz w:val="32"/>
                      <w:szCs w:val="32"/>
                      <w:rtl/>
                    </w:rPr>
                    <w:t xml:space="preserve"> – כַּד קָטָן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2"/>
                      <w:szCs w:val="32"/>
                      <w:rtl/>
                    </w:rPr>
                    <w:t>טָהוֹר</w:t>
                  </w:r>
                  <w:r>
                    <w:rPr>
                      <w:rFonts w:ascii="Noto Serif Hebrew" w:hAnsi="Noto Serif Hebrew" w:cs="Noto Serif Hebrew" w:eastAsia="Noto Serif Hebrew"/>
                      <w:sz w:val="32"/>
                      <w:szCs w:val="32"/>
                      <w:rtl/>
                    </w:rPr>
                    <w:t xml:space="preserve"> – נָקִי וְכָשֵׁר לַמִּקְדָּשׁ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18" w:space="0" w:color="1F618D"/>
              <w:left w:val="double" w:sz="18" w:space="0" w:color="1F618D"/>
              <w:bottom w:val="double" w:sz="18" w:space="0" w:color="1F618D"/>
              <w:right w:val="double" w:sz="18" w:space="0" w:color="1F618D"/>
            </w:tcBorders>
            <w:shd w:val="clear" w:color="auto" w:fill="EEF6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1F618D"/>
                <w:sz w:val="32"/>
                <w:szCs w:val="32"/>
                <w:rtl/>
              </w:rPr>
              <w:t>מִן הַמְּקוֹרוֹת</w:t>
            </w:r>
          </w:p>
          <w:p>
            <w:pPr>
              <w:bidi/>
              <w:spacing w:before="0" w:after="0" w:line="252" w:lineRule="auto"/>
              <w:jc w:val="center"/>
            </w:pPr>
            <w:r>
              <w:rPr>
                <w:rFonts w:ascii="Frank Ruhl Libre" w:hAnsi="Frank Ruhl Libre" w:cs="Frank Ruhl Libre" w:eastAsia="Frank Ruhl Libre"/>
                <w:color w:val="1B2631"/>
                <w:sz w:val="34"/>
                <w:szCs w:val="34"/>
                <w:rtl/>
              </w:rPr>
              <w:t>«וְלֹא מָצְאוּ שֶׁמֶן טָהוֹר בַּמִּקְדָּשׁ אֶלָּא פַּךְ אֶחָד, שֶׁהָיָה מֻנָח בְּחוֹתָמוֹ שֶל כֹּהֵן-גָּדוֹל, וְלֹא הָיָה בוֹ לְהַדְלִיק אֶלָּא יוֹם אֶחָד בִּלְבָד, וְהִדְלִיקוּ מִמֶּנּוּ נֵרוֹת-הַמַּעֲרָכָה שְׁמוֹנָה יָמִים»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color w:val="555555"/>
                <w:sz w:val="26"/>
                <w:szCs w:val="26"/>
                <w:rtl/>
              </w:rPr>
              <w:t>(קִצּוּר שֻׁלְחָן עָרוּךְ, סִימָן קלט, סָעִיף א)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נָכוֹן אוֹ לֹא נָכוֹן?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הַקִּיפוּ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happy_5_None_Fals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אִם נָכוֹן;   </w:t>
            </w:r>
            <w:r>
              <w:drawing>
                <wp:inline xmlns:a="http://schemas.openxmlformats.org/drawingml/2006/main" xmlns:pic="http://schemas.openxmlformats.org/drawingml/2006/picture">
                  <wp:extent cx="198000" cy="198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_sad_5_None_False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000" cy="1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 xml:space="preserve"> אִם לֹא נָכוֹן.</w:t>
            </w:r>
          </w:p>
          <w:tbl>
            <w:tblPr>
              <w:bidiVisual/>
              <w:tblW w:w="980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7314"/>
              <w:gridCol w:w="1247"/>
              <w:gridCol w:w="1247"/>
            </w:tblGrid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Noto Serif Hebrew" w:hAnsi="Noto Serif Hebrew" w:cs="Noto Serif Hebrew" w:eastAsia="Noto Serif Hebrew"/>
                      <w:sz w:val="36"/>
                      <w:szCs w:val="36"/>
                      <w:rtl/>
                    </w:rPr>
                    <w:t>. הַיְּוָנִים רָצוּ שֶׁנִּלְמַד תּוֹרָה.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7" name="Picture 7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8" name="Picture 8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Noto Serif Hebrew" w:hAnsi="Noto Serif Hebrew" w:cs="Noto Serif Hebrew" w:eastAsia="Noto Serif Hebrew"/>
                      <w:sz w:val="36"/>
                      <w:szCs w:val="36"/>
                      <w:rtl/>
                    </w:rPr>
                    <w:t>. הַמַּכַּבִּים נִלְחֲמוּ בַּיְּוָנִים.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9" name="Picture 9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0" name="Picture 10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Noto Serif Hebrew" w:hAnsi="Noto Serif Hebrew" w:cs="Noto Serif Hebrew" w:eastAsia="Noto Serif Hebrew"/>
                      <w:sz w:val="36"/>
                      <w:szCs w:val="36"/>
                      <w:rtl/>
                    </w:rPr>
                    <w:t>. בַּמִּקְדָּשׁ מָצְאוּ הַרְבֵּה פַּכִּים שֶׁל שֶׁמֶן.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1" name="Picture 1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2" name="Picture 12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793" w:hRule="exact"/>
                <w:cantSplit/>
              </w:trPr>
              <w:tc>
                <w:tcPr>
                  <w:tcW w:type="dxa" w:w="3439"/>
                  <w:tcW w:w="7314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Noto Serif Hebrew" w:hAnsi="Noto Serif Hebrew" w:cs="Noto Serif Hebrew" w:eastAsia="Noto Serif Hebrew"/>
                      <w:sz w:val="36"/>
                      <w:szCs w:val="36"/>
                      <w:rtl/>
                    </w:rPr>
                    <w:t>. הַשֶּׁמֶן דָּלַק שְׁמוֹנָה יָמִים.</w:t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3" name="Picture 13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happy_10_None_False.png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3439"/>
                  <w:tcW w:w="1247" w:type="dxa"/>
                  <w:tcBorders>
                    <w:top w:val="single" w:sz="4" w:space="0" w:color="BBBBBB"/>
                    <w:left w:val="single" w:sz="4" w:space="0" w:color="BBBBBB"/>
                    <w:bottom w:val="single" w:sz="4" w:space="0" w:color="BBBBBB"/>
                    <w:right w:val="single" w:sz="4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378000" cy="378000"/>
                        <wp:docPr id="14" name="Picture 14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f_sad_10_None_False.png"/>
                                <pic:cNvPicPr/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8000" cy="378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8E44AD"/>
              <w:left w:val="single" w:sz="14" w:space="0" w:color="8E44AD"/>
              <w:bottom w:val="single" w:sz="14" w:space="0" w:color="8E44AD"/>
              <w:right w:val="single" w:sz="14" w:space="0" w:color="8E44AD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8E44AD"/>
              <w:left w:val="single" w:sz="14" w:space="0" w:color="8E44AD"/>
              <w:bottom w:val="single" w:sz="14" w:space="0" w:color="8E44AD"/>
              <w:right w:val="single" w:sz="14" w:space="0" w:color="8E44AD"/>
            </w:tcBorders>
            <w:shd w:val="clear" w:color="auto" w:fill="8E44AD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48"/>
                <w:szCs w:val="48"/>
                <w:rtl/>
              </w:rPr>
              <w:t>הַמַּכַּבִּים וְנֵס פַּךְ הַשֶּׁמֶן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סַדְּרוּ אֶת הַסִּפּוּר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color w:val="444444"/>
                <w:sz w:val="34"/>
                <w:szCs w:val="34"/>
                <w:rtl/>
              </w:rPr>
              <w:t>גִּזְרוּ אֶת הַכַּרְטִיסִים מִדַּף הַגְּזִירָה וְהַדְבִּיקוּ לְפִי הַסֵּדֶר.</w:t>
            </w:r>
          </w:p>
          <w:tbl>
            <w:tblPr>
              <w:bidiVisual/>
              <w:tblW w:w="5103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103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5103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11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997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979"/>
            </w:tblGrid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8E44AD"/>
                      <w:sz w:val="36"/>
                      <w:szCs w:val="36"/>
                      <w:rtl/>
                    </w:rPr>
                    <w:t>1</w:t>
                  </w: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8E44AD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8E44AD"/>
                      <w:sz w:val="36"/>
                      <w:szCs w:val="36"/>
                      <w:rtl/>
                    </w:rPr>
                    <w:t>2</w:t>
                  </w: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8E44AD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8E44AD"/>
                      <w:sz w:val="36"/>
                      <w:szCs w:val="36"/>
                      <w:rtl/>
                    </w:rPr>
                    <w:t>3</w:t>
                  </w: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8E44AD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  <w:tr>
              <w:trPr>
                <w:trHeight w:val="850" w:hRule="atLeast"/>
                <w:cantSplit/>
              </w:trPr>
              <w:tc>
                <w:tcPr>
                  <w:tcW w:type="dxa" w:w="10318"/>
                  <w:tcW w:w="9979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ans" w:hAnsi="Noto Sans" w:cs="Noto Sans" w:eastAsia="Noto Sans"/>
                      <w:b/>
                      <w:bCs/>
                      <w:color w:val="8E44AD"/>
                      <w:sz w:val="36"/>
                      <w:szCs w:val="36"/>
                      <w:rtl/>
                    </w:rPr>
                    <w:t>4</w:t>
                  </w: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8E44AD"/>
                      <w:sz w:val="36"/>
                      <w:szCs w:val="36"/>
                      <w:rtl/>
                    </w:rPr>
                    <w:t>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3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מִי נִלְחַם בַּיְּוָנִים?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8E44AD"/>
                    <w:left w:val="single" w:sz="8" w:space="0" w:color="8E44AD"/>
                    <w:bottom w:val="single" w:sz="8" w:space="0" w:color="8E44AD"/>
                    <w:right w:val="single" w:sz="8" w:space="0" w:color="8E44A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הַמַּכַּבִּים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8E44AD"/>
                    <w:left w:val="single" w:sz="8" w:space="0" w:color="8E44AD"/>
                    <w:bottom w:val="single" w:sz="8" w:space="0" w:color="8E44AD"/>
                    <w:right w:val="single" w:sz="8" w:space="0" w:color="8E44A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הַמְּלָכִים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8E44AD"/>
                    <w:left w:val="single" w:sz="8" w:space="0" w:color="8E44AD"/>
                    <w:bottom w:val="single" w:sz="8" w:space="0" w:color="8E44AD"/>
                    <w:right w:val="single" w:sz="8" w:space="0" w:color="8E44A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הַנְּבִיאִים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כַּמָּה יָמִים דָּלַק הַשֶּׁמֶן?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8E44AD"/>
                    <w:left w:val="single" w:sz="8" w:space="0" w:color="8E44AD"/>
                    <w:bottom w:val="single" w:sz="8" w:space="0" w:color="8E44AD"/>
                    <w:right w:val="single" w:sz="8" w:space="0" w:color="8E44A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יוֹם אֶחָד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8E44AD"/>
                    <w:left w:val="single" w:sz="8" w:space="0" w:color="8E44AD"/>
                    <w:bottom w:val="single" w:sz="8" w:space="0" w:color="8E44AD"/>
                    <w:right w:val="single" w:sz="8" w:space="0" w:color="8E44A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שִׁבְעָה יָמִים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8E44AD"/>
                    <w:left w:val="single" w:sz="8" w:space="0" w:color="8E44AD"/>
                    <w:bottom w:val="single" w:sz="8" w:space="0" w:color="8E44AD"/>
                    <w:right w:val="single" w:sz="8" w:space="0" w:color="8E44A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שְׁמוֹנָה יָמִים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3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מָה מָצְאוּ בַּמִּקְדָּשׁ?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8E44AD"/>
                    <w:left w:val="single" w:sz="8" w:space="0" w:color="8E44AD"/>
                    <w:bottom w:val="single" w:sz="8" w:space="0" w:color="8E44AD"/>
                    <w:right w:val="single" w:sz="8" w:space="0" w:color="8E44A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פַּךְ שֶׁמֶן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8E44AD"/>
                    <w:left w:val="single" w:sz="8" w:space="0" w:color="8E44AD"/>
                    <w:bottom w:val="single" w:sz="8" w:space="0" w:color="8E44AD"/>
                    <w:right w:val="single" w:sz="8" w:space="0" w:color="8E44A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סֵפֶר תּוֹרָה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8E44AD"/>
                    <w:left w:val="single" w:sz="8" w:space="0" w:color="8E44AD"/>
                    <w:bottom w:val="single" w:sz="8" w:space="0" w:color="8E44AD"/>
                    <w:right w:val="single" w:sz="8" w:space="0" w:color="8E44AD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חֶרֶב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8E44AD"/>
              <w:left w:val="single" w:sz="14" w:space="0" w:color="8E44AD"/>
              <w:bottom w:val="single" w:sz="14" w:space="0" w:color="8E44AD"/>
              <w:right w:val="single" w:sz="14" w:space="0" w:color="8E44AD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1_33_None_Fals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8E44AD"/>
              <w:left w:val="single" w:sz="14" w:space="0" w:color="8E44AD"/>
              <w:bottom w:val="single" w:sz="14" w:space="0" w:color="8E44AD"/>
              <w:right w:val="single" w:sz="14" w:space="0" w:color="8E44AD"/>
            </w:tcBorders>
            <w:shd w:val="clear" w:color="auto" w:fill="8E44AD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1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48"/>
                <w:szCs w:val="48"/>
                <w:rtl/>
              </w:rPr>
              <w:t>הַמַּכַּבִּים וְנֵס פַּךְ הַשֶּׁמֶן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8E44AD"/>
              <w:left w:val="single" w:sz="24" w:space="0" w:color="8E44AD"/>
              <w:bottom w:val="single" w:sz="24" w:space="0" w:color="8E44AD"/>
              <w:right w:val="single" w:sz="24" w:space="0" w:color="8E44AD"/>
            </w:tcBorders>
            <w:shd w:val="clear" w:color="auto" w:fill="F4ECF7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>4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8E44AD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בֵּאוּרֵי מִלִּים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color w:val="444444"/>
                <w:sz w:val="34"/>
                <w:szCs w:val="34"/>
                <w:rtl/>
              </w:rPr>
              <w:t>קִרְאוּ אֶת הַפֵּרוּשׁ. כִּתְבוּ אֶת הַמִּלָּה הַמַּתְאִימָה מִן הַמַּחְסָן.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8164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חֲנֻכִּיָּה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יְוָנִים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פַּךְ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שַׁמָּשׁ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9865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6463"/>
              <w:gridCol w:w="3402"/>
            </w:tblGrid>
            <w:tr>
              <w:trPr>
                <w:trHeight w:val="793" w:hRule="atLeast"/>
                <w:cantSplit/>
              </w:trPr>
              <w:tc>
                <w:tcPr>
                  <w:tcW w:type="dxa" w:w="5159"/>
                  <w:tcW w:w="6463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EEF6FF"/>
                  <w:tcMar>
                    <w:top w:w="17" w:type="dxa"/>
                    <w:left w:w="85" w:type="dxa"/>
                    <w:bottom w:w="17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2"/>
                      <w:szCs w:val="32"/>
                      <w:rtl/>
                    </w:rPr>
                    <w:t>מְנוֹרָה שֶׁל חֲנֻכָּה, עִם מָקוֹם לִשְׁמוֹנָה נֵרוֹת</w:t>
                  </w:r>
                </w:p>
              </w:tc>
              <w:tc>
                <w:tcPr>
                  <w:tcW w:type="dxa" w:w="5159"/>
                  <w:tcW w:w="3402" w:type="dxa"/>
                  <w:tcBorders>
                    <w:top w:val="nil" w:sz="0" w:space="0" w:color="FFFFFF"/>
                    <w:left w:val="nil" w:sz="0" w:space="0" w:color="FFFFFF"/>
                    <w:bottom w:val="dotted" w:sz="8" w:space="0" w:color="555555"/>
                    <w:right w:val="nil" w:sz="0" w:space="0" w:color="FFFFFF"/>
                  </w:tcBorders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sz w:val="32"/>
                      <w:szCs w:val="32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793" w:hRule="atLeast"/>
                <w:cantSplit/>
              </w:trPr>
              <w:tc>
                <w:tcPr>
                  <w:tcW w:type="dxa" w:w="5159"/>
                  <w:tcW w:w="6463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EEF6FF"/>
                  <w:tcMar>
                    <w:top w:w="17" w:type="dxa"/>
                    <w:left w:w="85" w:type="dxa"/>
                    <w:bottom w:w="17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2"/>
                      <w:szCs w:val="32"/>
                      <w:rtl/>
                    </w:rPr>
                    <w:t>עַם שֶׁשָּׁלַט בָּאָרֶץ וְרָצָה שֶׁנִּשְׁכַּח אֶת הַתּוֹרָה</w:t>
                  </w:r>
                </w:p>
              </w:tc>
              <w:tc>
                <w:tcPr>
                  <w:tcW w:type="dxa" w:w="5159"/>
                  <w:tcW w:w="3402" w:type="dxa"/>
                  <w:tcBorders>
                    <w:top w:val="nil" w:sz="0" w:space="0" w:color="FFFFFF"/>
                    <w:left w:val="nil" w:sz="0" w:space="0" w:color="FFFFFF"/>
                    <w:bottom w:val="dotted" w:sz="8" w:space="0" w:color="555555"/>
                    <w:right w:val="nil" w:sz="0" w:space="0" w:color="FFFFFF"/>
                  </w:tcBorders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sz w:val="32"/>
                      <w:szCs w:val="32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793" w:hRule="atLeast"/>
                <w:cantSplit/>
              </w:trPr>
              <w:tc>
                <w:tcPr>
                  <w:tcW w:type="dxa" w:w="5159"/>
                  <w:tcW w:w="6463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EEF6FF"/>
                  <w:tcMar>
                    <w:top w:w="17" w:type="dxa"/>
                    <w:left w:w="85" w:type="dxa"/>
                    <w:bottom w:w="17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2"/>
                      <w:szCs w:val="32"/>
                      <w:rtl/>
                    </w:rPr>
                    <w:t>הַנֵּר שֶׁמַּדְלִיקִים בּוֹ אֶת שְׁאָר הַנֵּרוֹת</w:t>
                  </w:r>
                </w:p>
              </w:tc>
              <w:tc>
                <w:tcPr>
                  <w:tcW w:type="dxa" w:w="5159"/>
                  <w:tcW w:w="3402" w:type="dxa"/>
                  <w:tcBorders>
                    <w:top w:val="nil" w:sz="0" w:space="0" w:color="FFFFFF"/>
                    <w:left w:val="nil" w:sz="0" w:space="0" w:color="FFFFFF"/>
                    <w:bottom w:val="dotted" w:sz="8" w:space="0" w:color="555555"/>
                    <w:right w:val="nil" w:sz="0" w:space="0" w:color="FFFFFF"/>
                  </w:tcBorders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sz w:val="32"/>
                      <w:szCs w:val="32"/>
                      <w:rtl/>
                    </w:rPr>
                    <w:t xml:space="preserve"> </w:t>
                  </w:r>
                </w:p>
              </w:tc>
            </w:tr>
            <w:tr>
              <w:trPr>
                <w:trHeight w:val="793" w:hRule="atLeast"/>
                <w:cantSplit/>
              </w:trPr>
              <w:tc>
                <w:tcPr>
                  <w:tcW w:type="dxa" w:w="5159"/>
                  <w:tcW w:w="6463" w:type="dxa"/>
                  <w:tcBorders>
                    <w:top w:val="single" w:sz="8" w:space="0" w:color="1F618D"/>
                    <w:left w:val="single" w:sz="8" w:space="0" w:color="1F618D"/>
                    <w:bottom w:val="single" w:sz="8" w:space="0" w:color="1F618D"/>
                    <w:right w:val="single" w:sz="8" w:space="0" w:color="1F618D"/>
                  </w:tcBorders>
                  <w:shd w:val="clear" w:color="auto" w:fill="EEF6FF"/>
                  <w:tcMar>
                    <w:top w:w="17" w:type="dxa"/>
                    <w:left w:w="85" w:type="dxa"/>
                    <w:bottom w:w="17" w:type="dxa"/>
                    <w:right w:w="85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2"/>
                      <w:szCs w:val="32"/>
                      <w:rtl/>
                    </w:rPr>
                    <w:t>כַּד קָטָן</w:t>
                  </w:r>
                </w:p>
              </w:tc>
              <w:tc>
                <w:tcPr>
                  <w:tcW w:type="dxa" w:w="5159"/>
                  <w:tcW w:w="3402" w:type="dxa"/>
                  <w:tcBorders>
                    <w:top w:val="nil" w:sz="0" w:space="0" w:color="FFFFFF"/>
                    <w:left w:val="nil" w:sz="0" w:space="0" w:color="FFFFFF"/>
                    <w:bottom w:val="dotted" w:sz="8" w:space="0" w:color="555555"/>
                    <w:right w:val="nil" w:sz="0" w:space="0" w:color="FFFFFF"/>
                  </w:tcBorders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sz w:val="32"/>
                      <w:szCs w:val="32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D35400"/>
              <w:left w:val="single" w:sz="14" w:space="0" w:color="D35400"/>
              <w:bottom w:val="single" w:sz="14" w:space="0" w:color="D35400"/>
              <w:right w:val="single" w:sz="14" w:space="0" w:color="D354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D35400"/>
              <w:left w:val="single" w:sz="14" w:space="0" w:color="D35400"/>
              <w:bottom w:val="single" w:sz="14" w:space="0" w:color="D35400"/>
              <w:right w:val="single" w:sz="14" w:space="0" w:color="D35400"/>
            </w:tcBorders>
            <w:shd w:val="clear" w:color="auto" w:fill="D35400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48"/>
                <w:szCs w:val="48"/>
                <w:rtl/>
              </w:rPr>
              <w:t>מַדְלִיקִים נֵרוֹת חֲנֻכָּה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16" w:space="0" w:color="F0B429"/>
              <w:left w:val="single" w:sz="16" w:space="0" w:color="F0B429"/>
              <w:bottom w:val="single" w:sz="16" w:space="0" w:color="F0B429"/>
              <w:right w:val="single" w:sz="16" w:space="0" w:color="F0B429"/>
            </w:tcBorders>
            <w:shd w:val="clear" w:color="auto" w:fill="FFFBEA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40"/>
              <w:jc w:val="both"/>
            </w:pPr>
            <w:r>
              <w:rPr>
                <w:rFonts w:ascii="DejaVu Sans" w:hAnsi="DejaVu Sans" w:cs="DejaVu Sans" w:eastAsia="DejaVu Sans"/>
                <w:b/>
                <w:bCs/>
                <w:color w:val="D35400"/>
                <w:sz w:val="38"/>
                <w:szCs w:val="38"/>
                <w:rtl/>
              </w:rPr>
              <w:t xml:space="preserve">✦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D35400"/>
                <w:sz w:val="38"/>
                <w:szCs w:val="38"/>
                <w:rtl/>
              </w:rPr>
              <w:t>לוֹמְדִים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מַדְלִיקִים נֵרוֹת חֲנֻכָּה בָּעֶרֶב, כְּשֶׁמַּחְשִׁיךְ.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בַּלַּיְלָה הָרִאשׁוֹן מַדְלִיקִים נֵר אֶחָד, וּבְכָל לַיְלָה מוֹסִיפִים עוֹד נֵר.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שָׂמִים אֶת הַחֲנֻכִּיָּה לְיַד הַפֶּתַח מִשְּׂמֹאל אוֹ בַּחַלּוֹן, כְּדֵי שֶׁכֻּלָּם יִרְאוּ.</w:t>
            </w:r>
          </w:p>
          <w:p>
            <w:pPr>
              <w:bidi/>
              <w:spacing w:before="0" w:after="60" w:line="264" w:lineRule="auto"/>
              <w:jc w:val="both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אָסוּר לְהִשְׁתַּמֵּשׁ בָּאוֹר שֶׁל הַנֵּרוֹת, רַק לְהִסְתַּכֵּל וְלִזְכֹּר אֶת הַנֵּס.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1814"/>
              <w:gridCol w:w="7938"/>
            </w:tblGrid>
            <w:tr>
              <w:trPr>
                <w:cantSplit/>
              </w:trPr>
              <w:tc>
                <w:tcPr>
                  <w:tcW w:type="dxa" w:w="5159"/>
                  <w:tcW w:w="1814" w:type="dxa"/>
                  <w:tcBorders>
                    <w:top w:val="single" w:sz="8" w:space="0" w:color="D35400"/>
                    <w:left w:val="single" w:sz="8" w:space="0" w:color="D35400"/>
                    <w:bottom w:val="single" w:sz="8" w:space="0" w:color="D35400"/>
                    <w:right w:val="single" w:sz="8" w:space="0" w:color="D35400"/>
                  </w:tcBorders>
                  <w:shd w:val="clear" w:color="auto" w:fill="D35400"/>
                  <w:tcMar>
                    <w:top w:w="28" w:type="dxa"/>
                    <w:left w:w="56" w:type="dxa"/>
                    <w:bottom w:w="28" w:type="dxa"/>
                    <w:right w:w="56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FFFFFF"/>
                      <w:sz w:val="30"/>
                      <w:szCs w:val="30"/>
                      <w:rtl/>
                    </w:rPr>
                    <w:t>מִלִּים קָשׁוֹת</w:t>
                  </w:r>
                </w:p>
              </w:tc>
              <w:tc>
                <w:tcPr>
                  <w:tcW w:type="dxa" w:w="5159"/>
                  <w:tcW w:w="7938" w:type="dxa"/>
                  <w:tcBorders>
                    <w:top w:val="dashed" w:sz="8" w:space="0" w:color="D35400"/>
                    <w:left w:val="dashed" w:sz="8" w:space="0" w:color="D35400"/>
                    <w:bottom w:val="dashed" w:sz="8" w:space="0" w:color="D35400"/>
                    <w:right w:val="dashed" w:sz="8" w:space="0" w:color="D35400"/>
                  </w:tcBorders>
                  <w:shd w:val="clear" w:color="auto" w:fill="FFFFFF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2"/>
                      <w:szCs w:val="32"/>
                      <w:rtl/>
                    </w:rPr>
                    <w:t>חֲנֻכִּיָּה</w:t>
                  </w:r>
                  <w:r>
                    <w:rPr>
                      <w:rFonts w:ascii="Noto Serif Hebrew" w:hAnsi="Noto Serif Hebrew" w:cs="Noto Serif Hebrew" w:eastAsia="Noto Serif Hebrew"/>
                      <w:sz w:val="32"/>
                      <w:szCs w:val="32"/>
                      <w:rtl/>
                    </w:rPr>
                    <w:t xml:space="preserve"> – מְנוֹרָה שֶׁל חֲנֻכָּה, עִם מָקוֹם לִשְׁמוֹנָה נֵרוֹת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2"/>
                      <w:szCs w:val="32"/>
                      <w:rtl/>
                    </w:rPr>
                    <w:t>שַׁמָּשׁ</w:t>
                  </w:r>
                  <w:r>
                    <w:rPr>
                      <w:rFonts w:ascii="Noto Serif Hebrew" w:hAnsi="Noto Serif Hebrew" w:cs="Noto Serif Hebrew" w:eastAsia="Noto Serif Hebrew"/>
                      <w:sz w:val="32"/>
                      <w:szCs w:val="32"/>
                      <w:rtl/>
                    </w:rPr>
                    <w:t xml:space="preserve"> – הַנֵּר שֶׁמַּדְלִיקִים בּוֹ אֶת שְׁאָר הַנֵּרוֹת</w:t>
                  </w:r>
                </w:p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2"/>
                      <w:szCs w:val="32"/>
                      <w:rtl/>
                    </w:rPr>
                    <w:t>פִּרְסוּם הַנֵּס</w:t>
                  </w:r>
                  <w:r>
                    <w:rPr>
                      <w:rFonts w:ascii="Noto Serif Hebrew" w:hAnsi="Noto Serif Hebrew" w:cs="Noto Serif Hebrew" w:eastAsia="Noto Serif Hebrew"/>
                      <w:sz w:val="32"/>
                      <w:szCs w:val="32"/>
                      <w:rtl/>
                    </w:rPr>
                    <w:t xml:space="preserve"> – לְסַפֵּר לְכֻלָּם עַל הַנֵּס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18" w:space="0" w:color="1F618D"/>
              <w:left w:val="double" w:sz="18" w:space="0" w:color="1F618D"/>
              <w:bottom w:val="double" w:sz="18" w:space="0" w:color="1F618D"/>
              <w:right w:val="double" w:sz="18" w:space="0" w:color="1F618D"/>
            </w:tcBorders>
            <w:shd w:val="clear" w:color="auto" w:fill="EEF6FF"/>
            <w:tcMar>
              <w:top w:w="158" w:type="dxa"/>
              <w:left w:w="158" w:type="dxa"/>
              <w:bottom w:w="158" w:type="dxa"/>
              <w:right w:w="15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1F618D"/>
                <w:sz w:val="32"/>
                <w:szCs w:val="32"/>
                <w:rtl/>
              </w:rPr>
              <w:t>מִן הַמְּקוֹרוֹת</w:t>
            </w:r>
          </w:p>
          <w:p>
            <w:pPr>
              <w:bidi/>
              <w:spacing w:before="0" w:after="0" w:line="252" w:lineRule="auto"/>
              <w:jc w:val="center"/>
            </w:pPr>
            <w:r>
              <w:rPr>
                <w:rFonts w:ascii="Frank Ruhl Libre" w:hAnsi="Frank Ruhl Libre" w:cs="Frank Ruhl Libre" w:eastAsia="Frank Ruhl Libre"/>
                <w:color w:val="1B2631"/>
                <w:sz w:val="34"/>
                <w:szCs w:val="34"/>
                <w:rtl/>
              </w:rPr>
              <w:t>«וּמִצְוָה שֶׁיַנִּיחֵם בַּטֶּפַח הַסָּמוּךְ לַפֶּתַח מִשְּׂמֹאל, שֶׁתְּהֵא מְזוּזָה מִיָמִין, וְנֵר חֲנֻכָּה מִשְּׂמֹאל, וְנִמְצָא שֶהוּא מְסֻבָּב בְּמִצְוֹת.»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color w:val="555555"/>
                <w:sz w:val="26"/>
                <w:szCs w:val="26"/>
                <w:rtl/>
              </w:rPr>
              <w:t>(קִצּוּר שֻׁלְחָן עָרוּךְ, סִימָן קלט, סָעִיף ז)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5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הַשְׁלִימוּ אֶת הַמִּשְׁפָּטִים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color w:val="444444"/>
                <w:sz w:val="34"/>
                <w:szCs w:val="34"/>
                <w:rtl/>
              </w:rPr>
              <w:t>בַּחֲרוּ מִלָּה מִן הַמַּחְסָן.</w:t>
            </w:r>
          </w:p>
          <w:p>
            <w:pPr>
              <w:bidi/>
              <w:spacing w:before="0" w:after="4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7D6608"/>
                <w:sz w:val="34"/>
                <w:szCs w:val="34"/>
                <w:rtl/>
              </w:rPr>
              <w:t>מַחְסַן מִלִּים:</w:t>
            </w:r>
          </w:p>
          <w:tbl>
            <w:tblPr>
              <w:bidiVisual/>
              <w:tblW w:w="8164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2041"/>
              <w:gridCol w:w="2041"/>
              <w:gridCol w:w="2041"/>
              <w:gridCol w:w="2041"/>
            </w:tblGrid>
            <w:tr>
              <w:trPr>
                <w:trHeight w:val="652" w:hRule="atLeast"/>
                <w:cantSplit/>
              </w:trPr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אֶחָד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שְׁמוֹנָה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שְׂמֹאל</w:t>
                  </w:r>
                </w:p>
              </w:tc>
              <w:tc>
                <w:tcPr>
                  <w:tcW w:type="dxa" w:w="2579"/>
                  <w:tcW w:w="2041" w:type="dxa"/>
                  <w:tcBorders>
                    <w:top w:val="single" w:sz="8" w:space="0" w:color="D4AC0D"/>
                    <w:left w:val="single" w:sz="8" w:space="0" w:color="D4AC0D"/>
                    <w:bottom w:val="single" w:sz="8" w:space="0" w:color="D4AC0D"/>
                    <w:right w:val="single" w:sz="8" w:space="0" w:color="D4AC0D"/>
                  </w:tcBorders>
                  <w:shd w:val="clear" w:color="auto" w:fill="FFF3B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40"/>
                      <w:szCs w:val="40"/>
                      <w:rtl/>
                    </w:rPr>
                    <w:t>שַׁמָּשׁ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בַּלַּיְלָה הָרִאשׁוֹן מַדְלִיקִים נֵר ____________.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בַּלַּיְלָה הָאַחֲרוֹן מַדְלִיקִים ____________ נֵרוֹת.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הַחֲנֻכִּיָּה עוֹמֶדֶת לְיַד הַפֶּתַח מִצַּד ____________.</w:t>
            </w:r>
          </w:p>
          <w:p>
            <w:pPr>
              <w:bidi/>
              <w:spacing w:before="80" w:after="0" w:line="300" w:lineRule="auto"/>
              <w:jc w:val="both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הַנֵּר הַמְּיֻחָד נִקְרָא ____________.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D35400"/>
              <w:left w:val="single" w:sz="14" w:space="0" w:color="D35400"/>
              <w:bottom w:val="single" w:sz="14" w:space="0" w:color="D35400"/>
              <w:right w:val="single" w:sz="14" w:space="0" w:color="D354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D35400"/>
              <w:left w:val="single" w:sz="14" w:space="0" w:color="D35400"/>
              <w:bottom w:val="single" w:sz="14" w:space="0" w:color="D35400"/>
              <w:right w:val="single" w:sz="14" w:space="0" w:color="D35400"/>
            </w:tcBorders>
            <w:shd w:val="clear" w:color="auto" w:fill="D35400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48"/>
                <w:szCs w:val="48"/>
                <w:rtl/>
              </w:rPr>
              <w:t>מַדְלִיקִים נֵרוֹת חֲנֻכָּה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6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מָה מַתְאִים?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color w:val="444444"/>
                <w:sz w:val="34"/>
                <w:szCs w:val="34"/>
                <w:rtl/>
              </w:rPr>
              <w:t>מִתְחוּ קַו מִכָּל מִלָּה לַהֶסְבֵּר שֶׁלָּהּ.</w:t>
            </w:r>
          </w:p>
          <w:tbl>
            <w:tblPr>
              <w:bidiVisual/>
              <w:tblW w:w="1065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309"/>
              <w:gridCol w:w="567"/>
              <w:gridCol w:w="1247"/>
              <w:gridCol w:w="567"/>
              <w:gridCol w:w="3969"/>
            </w:tblGrid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מְזוּזָה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מַדְלִיק אֶת הַנֵּרוֹת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חֲנֻכִּיָּה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בְּצַד יָמִין שֶׁל הַפֶּתַח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שַׁמָּשׁ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בְּצַד שְׂמֹאל שֶׁל הַפֶּתַח</w:t>
                  </w:r>
                </w:p>
              </w:tc>
            </w:tr>
            <w:tr>
              <w:trPr>
                <w:trHeight w:val="765" w:hRule="atLeast"/>
                <w:cantSplit/>
              </w:trPr>
              <w:tc>
                <w:tcPr>
                  <w:tcW w:type="dxa" w:w="2064"/>
                  <w:tcW w:w="4309" w:type="dxa"/>
                  <w:tcBorders>
                    <w:top w:val="single" w:sz="6" w:space="0" w:color="BBBBBB"/>
                    <w:left w:val="single" w:sz="6" w:space="0" w:color="BBBBBB"/>
                    <w:bottom w:val="single" w:sz="6" w:space="0" w:color="BBBBBB"/>
                    <w:right w:val="single" w:sz="6" w:space="0" w:color="BBBBBB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Frank Ruhl Libre" w:hAnsi="Frank Ruhl Libre" w:cs="Frank Ruhl Libre" w:eastAsia="Frank Ruhl Libre"/>
                      <w:b/>
                      <w:bCs/>
                      <w:sz w:val="38"/>
                      <w:szCs w:val="38"/>
                      <w:rtl/>
                    </w:rPr>
                    <w:t>חַלּוֹן</w:t>
                  </w:r>
                </w:p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1247" w:type="dxa"/>
                  <w:vAlign w:val="center"/>
                </w:tcPr>
                <w:p/>
              </w:tc>
              <w:tc>
                <w:tcPr>
                  <w:tcW w:type="dxa" w:w="2064"/>
                  <w:tcW w:w="567" w:type="dxa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333333"/>
                      <w:sz w:val="40"/>
                      <w:szCs w:val="40"/>
                      <w:rtl/>
                    </w:rPr>
                    <w:t>●</w:t>
                  </w:r>
                </w:p>
              </w:tc>
              <w:tc>
                <w:tcPr>
                  <w:tcW w:type="dxa" w:w="2064"/>
                  <w:tcW w:w="3969" w:type="dxa"/>
                  <w:tcBorders>
                    <w:top w:val="single" w:sz="8" w:space="0" w:color="E67E22"/>
                    <w:left w:val="single" w:sz="8" w:space="0" w:color="E67E22"/>
                    <w:bottom w:val="single" w:sz="8" w:space="0" w:color="E67E22"/>
                    <w:right w:val="single" w:sz="8" w:space="0" w:color="E67E22"/>
                  </w:tcBorders>
                  <w:shd w:val="clear" w:color="auto" w:fill="FDF2E9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8"/>
                      <w:szCs w:val="38"/>
                      <w:rtl/>
                    </w:rPr>
                    <w:t>מוּל הָרְחוֹב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7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מַה עוֹשִׂים בַּחֲנֻכָּה?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color w:val="444444"/>
                <w:sz w:val="34"/>
                <w:szCs w:val="34"/>
                <w:rtl/>
              </w:rPr>
              <w:t>כִּתְבוּ כָּל מִשְׁפָּט בַּטּוּר הַמַּתְאִים.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2"/>
                <w:szCs w:val="32"/>
                <w:rtl/>
              </w:rPr>
              <w:t>מִשְׁפָּטִים: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א. מַדְלִיקִים נֵרוֹת בָּעֶרֶב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ב. מַסְתִּירִים אֶת הַחֲנֻכִּיָּה בָּאָרוֹן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ג. מוֹסִיפִים נֵר בְּכָל לַיְלָה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ד. קוֹרְאִים סֵפֶר לְאוֹר הַנֵּרוֹת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ה. מְבָרְכִים לִפְנֵי הַהַדְלָקָה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ו. מַדְלִיקִים שְׁמוֹנָה נֵרוֹת בַּלַּיְלָה הָרִאשׁוֹן</w:t>
            </w:r>
          </w:p>
          <w:tbl>
            <w:tblPr>
              <w:bidiVisual/>
              <w:tblW w:w="9979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4989"/>
              <w:gridCol w:w="4989"/>
            </w:tblGrid>
            <w:tr>
              <w:trPr>
                <w:trHeight w:val="510" w:hRule="atLeast"/>
                <w:cantSplit/>
              </w:trPr>
              <w:tc>
                <w:tcPr>
                  <w:tcW w:type="dxa" w:w="5159"/>
                  <w:tcW w:w="4989" w:type="dxa"/>
                  <w:tcBorders>
                    <w:top w:val="single" w:sz="8" w:space="0" w:color="D35400"/>
                    <w:left w:val="single" w:sz="8" w:space="0" w:color="D35400"/>
                    <w:bottom w:val="single" w:sz="8" w:space="0" w:color="D35400"/>
                    <w:right w:val="single" w:sz="8" w:space="0" w:color="D35400"/>
                  </w:tcBorders>
                  <w:shd w:val="clear" w:color="auto" w:fill="D3540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FFFFFF"/>
                      <w:sz w:val="32"/>
                      <w:szCs w:val="32"/>
                      <w:rtl/>
                    </w:rPr>
                    <w:t>כָּךְ נָכוֹן</w:t>
                  </w:r>
                </w:p>
              </w:tc>
              <w:tc>
                <w:tcPr>
                  <w:tcW w:type="dxa" w:w="5159"/>
                  <w:tcW w:w="4989" w:type="dxa"/>
                  <w:tcBorders>
                    <w:top w:val="single" w:sz="8" w:space="0" w:color="D35400"/>
                    <w:left w:val="single" w:sz="8" w:space="0" w:color="D35400"/>
                    <w:bottom w:val="single" w:sz="8" w:space="0" w:color="D35400"/>
                    <w:right w:val="single" w:sz="8" w:space="0" w:color="D35400"/>
                  </w:tcBorders>
                  <w:shd w:val="clear" w:color="auto" w:fill="D35400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FFFFFF"/>
                      <w:sz w:val="32"/>
                      <w:szCs w:val="32"/>
                      <w:rtl/>
                    </w:rPr>
                    <w:t>כָּךְ לֹא נָכוֹן</w:t>
                  </w:r>
                </w:p>
              </w:tc>
            </w:tr>
            <w:tr>
              <w:trPr>
                <w:trHeight w:val="2041" w:hRule="atLeast"/>
                <w:cantSplit/>
              </w:trPr>
              <w:tc>
                <w:tcPr>
                  <w:tcW w:type="dxa" w:w="5159"/>
                  <w:tcW w:w="4989" w:type="dxa"/>
                  <w:tcBorders>
                    <w:top w:val="single" w:sz="8" w:space="0" w:color="D35400"/>
                    <w:left w:val="single" w:sz="8" w:space="0" w:color="D35400"/>
                    <w:bottom w:val="single" w:sz="8" w:space="0" w:color="D35400"/>
                    <w:right w:val="single" w:sz="8" w:space="0" w:color="D35400"/>
                  </w:tcBorders>
                  <w:shd w:val="clear" w:color="auto" w:fill="FFFFFF"/>
                  <w:vAlign w:val="top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  <w:tc>
                <w:tcPr>
                  <w:tcW w:type="dxa" w:w="5159"/>
                  <w:tcW w:w="4989" w:type="dxa"/>
                  <w:tcBorders>
                    <w:top w:val="single" w:sz="8" w:space="0" w:color="D35400"/>
                    <w:left w:val="single" w:sz="8" w:space="0" w:color="D35400"/>
                    <w:bottom w:val="single" w:sz="8" w:space="0" w:color="D35400"/>
                    <w:right w:val="single" w:sz="8" w:space="0" w:color="D35400"/>
                  </w:tcBorders>
                  <w:shd w:val="clear" w:color="auto" w:fill="FFFFFF"/>
                  <w:vAlign w:val="top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2041"/>
        <w:gridCol w:w="8278"/>
      </w:tblGrid>
      <w:tr>
        <w:trPr>
          <w:trHeight w:val="1247" w:hRule="atLeast"/>
          <w:cantSplit/>
        </w:trPr>
        <w:tc>
          <w:tcPr>
            <w:tcW w:type="dxa" w:w="5159"/>
            <w:tcW w:w="2041" w:type="dxa"/>
            <w:tcBorders>
              <w:top w:val="single" w:sz="14" w:space="0" w:color="D35400"/>
              <w:left w:val="single" w:sz="14" w:space="0" w:color="D35400"/>
              <w:bottom w:val="single" w:sz="14" w:space="0" w:color="D35400"/>
              <w:right w:val="single" w:sz="14" w:space="0" w:color="D35400"/>
            </w:tcBorders>
            <w:shd w:val="clear" w:color="auto" w:fill="FFFFFF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000" cy="809826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u2_33_None_Fals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8098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59"/>
            <w:tcW w:w="8278" w:type="dxa"/>
            <w:tcBorders>
              <w:top w:val="single" w:sz="14" w:space="0" w:color="D35400"/>
              <w:left w:val="single" w:sz="14" w:space="0" w:color="D35400"/>
              <w:bottom w:val="single" w:sz="14" w:space="0" w:color="D35400"/>
              <w:right w:val="single" w:sz="14" w:space="0" w:color="D35400"/>
            </w:tcBorders>
            <w:shd w:val="clear" w:color="auto" w:fill="D35400"/>
            <w:tcMar>
              <w:top w:w="56" w:type="dxa"/>
              <w:left w:w="198" w:type="dxa"/>
              <w:bottom w:w="56" w:type="dxa"/>
              <w:right w:w="198" w:type="dxa"/>
            </w:tcMar>
            <w:vAlign w:val="center"/>
          </w:tcPr>
          <w:p>
            <w:pPr>
              <w:bidi/>
              <w:spacing w:before="0" w:after="2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2"/>
                <w:szCs w:val="32"/>
                <w:rtl/>
              </w:rPr>
              <w:t xml:space="preserve">יְחִידָה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2"/>
                <w:szCs w:val="32"/>
                <w:rtl/>
              </w:rPr>
              <w:t>2</w:t>
            </w:r>
          </w:p>
          <w:p>
            <w:pPr>
              <w:bidi/>
              <w:spacing w:before="0" w:after="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48"/>
                <w:szCs w:val="48"/>
                <w:rtl/>
              </w:rPr>
              <w:t>מַדְלִיקִים נֵרוֹת חֲנֻכָּה  ·  מַמְשִׁיכִים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D35400"/>
              <w:left w:val="single" w:sz="24" w:space="0" w:color="D35400"/>
              <w:bottom w:val="single" w:sz="24" w:space="0" w:color="D35400"/>
              <w:right w:val="single" w:sz="24" w:space="0" w:color="D35400"/>
            </w:tcBorders>
            <w:shd w:val="clear" w:color="auto" w:fill="FBEEE6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>8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D35400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גּוֹזְרִים וּמַדְבִּיקִים תְּמוּנוֹת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color w:val="444444"/>
                <w:sz w:val="34"/>
                <w:szCs w:val="34"/>
                <w:rtl/>
              </w:rPr>
              <w:t>גִּזְרוּ אֶת הַתְּמוּנוֹת מִדַּף הַגְּזִירָה וְהַדְבִּיקוּ כָּל תְּמוּנָה מֵעַל הַמִּשְׁפָּט הַמַּתְאִים.</w:t>
            </w:r>
          </w:p>
          <w:tbl>
            <w:tblPr>
              <w:bidiVisual/>
              <w:tblW w:w="5103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103"/>
            </w:tblGrid>
            <w:tr>
              <w:trPr>
                <w:trHeight w:val="652" w:hRule="atLeast"/>
                <w:cantSplit/>
              </w:trPr>
              <w:tc>
                <w:tcPr>
                  <w:tcW w:type="dxa" w:w="10318"/>
                  <w:tcW w:w="5103" w:type="dxa"/>
                  <w:tcBorders>
                    <w:top w:val="dashed" w:sz="14" w:space="0" w:color="E67E22"/>
                    <w:left w:val="dashed" w:sz="14" w:space="0" w:color="E67E22"/>
                    <w:bottom w:val="dashed" w:sz="14" w:space="0" w:color="E67E22"/>
                    <w:right w:val="dashed" w:sz="14" w:space="0" w:color="E67E22"/>
                  </w:tcBorders>
                  <w:shd w:val="clear" w:color="auto" w:fill="FFF3E0"/>
                  <w:tcMar>
                    <w:top w:w="28" w:type="dxa"/>
                    <w:left w:w="113" w:type="dxa"/>
                    <w:bottom w:w="28" w:type="dxa"/>
                    <w:right w:w="113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DejaVu Sans" w:hAnsi="DejaVu Sans" w:cs="DejaVu Sans" w:eastAsia="DejaVu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✂ </w:t>
                  </w: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 xml:space="preserve">גּוֹזְרִים מֵעַמּוּד </w:t>
                  </w:r>
                  <w:r>
                    <w:rPr>
                      <w:rFonts w:ascii="Noto Sans" w:hAnsi="Noto Sans" w:cs="Noto Sans" w:eastAsia="Noto Sans"/>
                      <w:b/>
                      <w:bCs/>
                      <w:color w:val="A04000"/>
                      <w:sz w:val="40"/>
                      <w:szCs w:val="40"/>
                      <w:rtl/>
                    </w:rPr>
                    <w:t>11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  <w:tbl>
            <w:tblPr>
              <w:bidiVisual/>
              <w:tblW w:w="1009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5046"/>
              <w:gridCol w:w="5046"/>
            </w:tblGrid>
            <w:tr>
              <w:trPr>
                <w:trHeight w:val="4082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</w:tr>
            <w:tr>
              <w:trPr>
                <w:trHeight w:val="708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single" w:sz="8" w:space="0" w:color="D35400"/>
                    <w:left w:val="single" w:sz="8" w:space="0" w:color="D35400"/>
                    <w:bottom w:val="single" w:sz="8" w:space="0" w:color="D35400"/>
                    <w:right w:val="single" w:sz="8" w:space="0" w:color="D35400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2"/>
                      <w:szCs w:val="32"/>
                      <w:rtl/>
                    </w:rPr>
                    <w:t>בַּחֲנֻכָּה אוֹכְלִים סֻפְגָּנִיּוֹת.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single" w:sz="8" w:space="0" w:color="D35400"/>
                    <w:left w:val="single" w:sz="8" w:space="0" w:color="D35400"/>
                    <w:bottom w:val="single" w:sz="8" w:space="0" w:color="D35400"/>
                    <w:right w:val="single" w:sz="8" w:space="0" w:color="D35400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2"/>
                      <w:szCs w:val="32"/>
                      <w:rtl/>
                    </w:rPr>
                    <w:t>בַּלַּיְלָה הַשְּׁמִינִי דּוֹלְקִים שְׁמוֹנָה נֵרוֹת.</w:t>
                  </w:r>
                </w:p>
              </w:tc>
            </w:tr>
            <w:tr>
              <w:trPr>
                <w:trHeight w:val="4082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dashed" w:sz="10" w:space="0" w:color="999999"/>
                    <w:left w:val="dashed" w:sz="10" w:space="0" w:color="999999"/>
                    <w:bottom w:val="dashed" w:sz="10" w:space="0" w:color="999999"/>
                    <w:right w:val="dashed" w:sz="10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color w:val="BBBBBB"/>
                      <w:sz w:val="26"/>
                      <w:szCs w:val="26"/>
                      <w:rtl/>
                    </w:rPr>
                    <w:t>הַדְבִּיקוּ כָּאן</w:t>
                  </w:r>
                </w:p>
              </w:tc>
            </w:tr>
            <w:tr>
              <w:trPr>
                <w:trHeight w:val="708" w:hRule="atLeast"/>
                <w:cantSplit/>
              </w:trPr>
              <w:tc>
                <w:tcPr>
                  <w:tcW w:type="dxa" w:w="5159"/>
                  <w:tcW w:w="5046" w:type="dxa"/>
                  <w:tcBorders>
                    <w:top w:val="single" w:sz="8" w:space="0" w:color="D35400"/>
                    <w:left w:val="single" w:sz="8" w:space="0" w:color="D35400"/>
                    <w:bottom w:val="single" w:sz="8" w:space="0" w:color="D35400"/>
                    <w:right w:val="single" w:sz="8" w:space="0" w:color="D35400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2"/>
                      <w:szCs w:val="32"/>
                      <w:rtl/>
                    </w:rPr>
                    <w:t>מַדְלִיקִים אֶת הַחֲנֻכִּיָּה לְיַד הַחַלּוֹן אוֹ לְיַד הַדֶּלֶת.</w:t>
                  </w:r>
                </w:p>
              </w:tc>
              <w:tc>
                <w:tcPr>
                  <w:tcW w:type="dxa" w:w="5159"/>
                  <w:tcW w:w="5046" w:type="dxa"/>
                  <w:tcBorders>
                    <w:top w:val="single" w:sz="8" w:space="0" w:color="D35400"/>
                    <w:left w:val="single" w:sz="8" w:space="0" w:color="D35400"/>
                    <w:bottom w:val="single" w:sz="8" w:space="0" w:color="D35400"/>
                    <w:right w:val="single" w:sz="8" w:space="0" w:color="D35400"/>
                  </w:tcBorders>
                  <w:shd w:val="clear" w:color="auto" w:fill="FFFBEA"/>
                  <w:tcMar>
                    <w:top w:w="17" w:type="dxa"/>
                    <w:left w:w="68" w:type="dxa"/>
                    <w:bottom w:w="17" w:type="dxa"/>
                    <w:right w:w="68" w:type="dxa"/>
                  </w:tcMar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b/>
                      <w:bCs/>
                      <w:sz w:val="32"/>
                      <w:szCs w:val="32"/>
                      <w:rtl/>
                    </w:rPr>
                    <w:t>הַשֶּׁמֶן הַקָּטָן דָּלַק שְׁמוֹנָה יָמִים.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p>
      <w:pPr>
        <w:pageBreakBefore/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793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7D3C98"/>
              <w:left w:val="single" w:sz="8" w:space="0" w:color="7D3C98"/>
              <w:bottom w:val="single" w:sz="8" w:space="0" w:color="7D3C98"/>
              <w:right w:val="single" w:sz="8" w:space="0" w:color="7D3C98"/>
            </w:tcBorders>
            <w:shd w:val="clear" w:color="auto" w:fill="7D3C98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52"/>
                <w:szCs w:val="52"/>
                <w:rtl/>
              </w:rPr>
              <w:t>מָה לָמַדְנוּ?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9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הַקִּיפוּ אֶת הַתְּשׁוּבָה הַנְּכוֹנָה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1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אֵיפֹה שָׂמִים אֶת הַחֲנֻכִּיָּה?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לְיַד הַפֶּתַח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בָּאָרוֹן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מִתַּחַת לַמִּטָּה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  <w:p>
            <w:pPr>
              <w:bidi/>
              <w:spacing w:before="60" w:after="0"/>
              <w:jc w:val="both"/>
            </w:pPr>
            <w:r>
              <w:rPr>
                <w:rFonts w:ascii="Noto Sans" w:hAnsi="Noto Sans" w:cs="Noto Sans" w:eastAsia="Noto Sans"/>
                <w:b/>
                <w:bCs/>
                <w:sz w:val="34"/>
                <w:szCs w:val="34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. כַּמָּה נֵרוֹת בַּלַּיְלָה הַשֵּׁנִי?</w:t>
            </w:r>
          </w:p>
          <w:tbl>
            <w:tblPr>
              <w:bidiVisual/>
              <w:tblW w:w="9525" w:type="dxa"/>
              <w:jc w:val="center"/>
              <w:tblCellSpacing w:w="68" w:type="dxa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3175"/>
              <w:gridCol w:w="3175"/>
              <w:gridCol w:w="3175"/>
            </w:tblGrid>
            <w:tr>
              <w:trPr>
                <w:trHeight w:val="538" w:hRule="atLeast"/>
                <w:cantSplit/>
              </w:trPr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נֵר אֶחָד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שְׁנֵי נֵרוֹת</w:t>
                  </w:r>
                </w:p>
              </w:tc>
              <w:tc>
                <w:tcPr>
                  <w:tcW w:type="dxa" w:w="3439"/>
                  <w:tcW w:w="3175" w:type="dxa"/>
                  <w:tcBorders>
                    <w:top w:val="single" w:sz="8" w:space="0" w:color="7D3C98"/>
                    <w:left w:val="single" w:sz="8" w:space="0" w:color="7D3C98"/>
                    <w:bottom w:val="single" w:sz="8" w:space="0" w:color="7D3C98"/>
                    <w:right w:val="single" w:sz="8" w:space="0" w:color="7D3C98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center"/>
                  </w:pPr>
                  <w:r>
                    <w:rPr>
                      <w:rFonts w:ascii="Noto Serif Hebrew" w:hAnsi="Noto Serif Hebrew" w:cs="Noto Serif Hebrew" w:eastAsia="Noto Serif Hebrew"/>
                      <w:sz w:val="30"/>
                      <w:szCs w:val="30"/>
                      <w:rtl/>
                    </w:rPr>
                    <w:t>שְׁמוֹנָה נֵרוֹת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single" w:sz="24" w:space="0" w:color="7D3C98"/>
              <w:left w:val="single" w:sz="24" w:space="0" w:color="7D3C98"/>
              <w:bottom w:val="single" w:sz="24" w:space="0" w:color="7D3C98"/>
              <w:right w:val="single" w:sz="24" w:space="0" w:color="7D3C98"/>
            </w:tcBorders>
            <w:shd w:val="clear" w:color="auto" w:fill="FFFFFF"/>
            <w:tcMar>
              <w:top w:w="141" w:type="dxa"/>
              <w:left w:w="141" w:type="dxa"/>
              <w:bottom w:w="141" w:type="dxa"/>
              <w:right w:w="141" w:type="dxa"/>
            </w:tcMar>
            <w:vAlign w:val="center"/>
          </w:tcPr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>10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8"/>
                <w:szCs w:val="38"/>
                <w:shd w:val="clear" w:color="auto" w:fill="7D3C98"/>
                <w:rtl/>
              </w:rPr>
              <w:t xml:space="preserve"> </w:t>
            </w:r>
            <w:r>
              <w:rPr>
                <w:rFonts w:ascii="Noto Serif Hebrew" w:hAnsi="Noto Serif Hebrew" w:cs="Noto Serif Hebrew" w:eastAsia="Noto Serif Hebrew"/>
                <w:sz w:val="38"/>
                <w:szCs w:val="38"/>
                <w:rtl/>
              </w:rPr>
              <w:t xml:space="preserve"> 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1B2631"/>
                <w:sz w:val="38"/>
                <w:szCs w:val="38"/>
                <w:rtl/>
              </w:rPr>
              <w:t>צַיְּרוּ חֲנֻכִּיָּה</w:t>
            </w:r>
          </w:p>
          <w:p>
            <w:pPr>
              <w:bidi/>
              <w:spacing w:before="0" w:after="60"/>
              <w:jc w:val="both"/>
            </w:pPr>
            <w:r>
              <w:rPr>
                <w:rFonts w:ascii="Noto Serif Hebrew" w:hAnsi="Noto Serif Hebrew" w:cs="Noto Serif Hebrew" w:eastAsia="Noto Serif Hebrew"/>
                <w:sz w:val="34"/>
                <w:szCs w:val="34"/>
                <w:rtl/>
              </w:rPr>
              <w:t>צַיְּרוּ חֲנֻכִּיָּה בַּלַּיְלָה הַשְּׁלִישִׁי. כַּמָּה נֵרוֹת דּוֹלְקִים?</w:t>
            </w:r>
          </w:p>
          <w:tbl>
            <w:tblPr>
              <w:bidiVisual/>
              <w:tblW w:w="9752" w:type="dxa"/>
              <w:jc w:val="center"/>
              <w:tblLayout w:type="fixed"/>
              <w:tblCellMar>
                <w:top w:w="28" w:type="dxa"/>
                <w:left w:w="85" w:type="dxa"/>
                <w:bottom w:w="28" w:type="dxa"/>
                <w:right w:w="85" w:type="dxa"/>
              </w:tblCellMar>
            </w:tblPr>
            <w:tblGrid>
              <w:gridCol w:w="9752"/>
            </w:tblGrid>
            <w:tr>
              <w:trPr>
                <w:trHeight w:val="2835" w:hRule="exact"/>
                <w:cantSplit/>
              </w:trPr>
              <w:tc>
                <w:tcPr>
                  <w:tcW w:type="dxa" w:w="10318"/>
                  <w:tcW w:w="9752" w:type="dxa"/>
                  <w:tcBorders>
                    <w:top w:val="dashed" w:sz="8" w:space="0" w:color="999999"/>
                    <w:left w:val="dashed" w:sz="8" w:space="0" w:color="999999"/>
                    <w:bottom w:val="dashed" w:sz="8" w:space="0" w:color="999999"/>
                    <w:right w:val="dashed" w:sz="8" w:space="0" w:color="999999"/>
                  </w:tcBorders>
                  <w:shd w:val="clear" w:color="auto" w:fill="FFFFFF"/>
                  <w:vAlign w:val="center"/>
                </w:tcPr>
                <w:p>
                  <w:pPr>
                    <w:bidi/>
                    <w:spacing w:before="0" w:after="0"/>
                    <w:jc w:val="both"/>
                  </w:pPr>
                  <w:r>
                    <w:rPr>
                      <w:rFonts w:ascii="Noto Serif Hebrew" w:hAnsi="Noto Serif Hebrew" w:cs="Noto Serif Hebrew" w:eastAsia="Noto Serif Hebrew"/>
                      <w:sz w:val="20"/>
                      <w:szCs w:val="20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bidi/>
              <w:spacing w:before="0" w:after="0" w:line="20" w:lineRule="exact"/>
              <w:jc w:val="both"/>
            </w:pPr>
            <w:r>
              <w:rPr>
                <w:rFonts w:ascii="Noto Serif Hebrew" w:hAnsi="Noto Serif Hebrew" w:cs="Noto Serif Hebrew" w:eastAsia="Noto Serif Hebrew"/>
                <w:sz w:val="2"/>
                <w:szCs w:val="2"/>
                <w:rtl/>
              </w:rPr>
              <w:t xml:space="preserve"> </w:t>
            </w:r>
          </w:p>
        </w:tc>
      </w:tr>
    </w:tbl>
    <w:p>
      <w:pPr>
        <w:bidi/>
        <w:spacing w:before="0" w:after="0" w:line="16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cantSplit/>
        </w:trPr>
        <w:tc>
          <w:tcPr>
            <w:tcW w:type="dxa" w:w="10318"/>
            <w:tcW w:w="10319" w:type="dxa"/>
            <w:tcBorders>
              <w:top w:val="double" w:sz="24" w:space="0" w:color="B8902F"/>
              <w:left w:val="double" w:sz="24" w:space="0" w:color="B8902F"/>
              <w:bottom w:val="double" w:sz="24" w:space="0" w:color="B8902F"/>
              <w:right w:val="double" w:sz="24" w:space="0" w:color="B8902F"/>
            </w:tcBorders>
            <w:shd w:val="clear" w:color="auto" w:fill="FEF9E7"/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Suez One" w:hAnsi="Suez One" w:cs="Suez One" w:eastAsia="Suez One"/>
                <w:b/>
                <w:bCs/>
                <w:color w:val="B8902F"/>
                <w:sz w:val="48"/>
                <w:szCs w:val="48"/>
                <w:rtl/>
              </w:rPr>
              <w:t>★ תְּעוּדַת הִצְטַיְּנוּת ★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sz w:val="36"/>
                <w:szCs w:val="36"/>
                <w:rtl/>
              </w:rPr>
              <w:t>סִיַּמְתִּי לִלְמֹד אֶת הַיְּחִידָה «חֲנֻכָּה». כׇּל הַכָּבוֹד!</w:t>
            </w:r>
          </w:p>
          <w:p>
            <w:pPr>
              <w:bidi/>
              <w:spacing w:before="160" w:after="0"/>
              <w:jc w:val="center"/>
            </w:pPr>
            <w:r>
              <w:rPr>
                <w:rFonts w:ascii="Noto Serif Hebrew" w:hAnsi="Noto Serif Hebrew" w:cs="Noto Serif Hebrew" w:eastAsia="Noto Serif Hebrew"/>
                <w:sz w:val="32"/>
                <w:szCs w:val="32"/>
                <w:rtl/>
              </w:rPr>
              <w:t>חֲתִימַת הַמּוֹרֶה: ____________________</w:t>
            </w:r>
          </w:p>
        </w:tc>
      </w:tr>
    </w:tbl>
    <w:p>
      <w:pPr>
        <w:pageBreakBefore/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p>
      <w:pPr>
        <w:bidi/>
        <w:spacing w:before="0" w:after="0" w:line="20" w:lineRule="exact"/>
        <w:jc w:val="both"/>
      </w:pPr>
      <w:r>
        <w:rPr>
          <w:rFonts w:ascii="Noto Serif Hebrew" w:hAnsi="Noto Serif Hebrew" w:cs="Noto Serif Hebrew" w:eastAsia="Noto Serif Hebrew"/>
          <w:sz w:val="2"/>
          <w:szCs w:val="2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6"/>
                <w:szCs w:val="36"/>
                <w:rtl/>
              </w:rPr>
              <w:t xml:space="preserve">גִּזְרוּ וְהַדְבִּיקוּ בְּעַמּוּד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9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6"/>
                <w:szCs w:val="36"/>
                <w:rtl/>
              </w:rPr>
              <w:t xml:space="preserve">,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8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2"/>
                <w:szCs w:val="32"/>
                <w:rtl/>
              </w:rPr>
              <w:t xml:space="preserve">  ·  גּוֹזְרִים וּמַדְבִּיקִים תְּמוּנוֹת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9752" w:type="dxa"/>
        <w:jc w:val="center"/>
        <w:tblCellSpacing w:w="141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876"/>
        <w:gridCol w:w="4876"/>
      </w:tblGrid>
      <w:tr>
        <w:trPr>
          <w:cantSplit/>
        </w:trPr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573200" cy="2050726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2_t06_col1_700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3200" cy="205072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חֲנֻכִּיָּה דּוֹלֶקֶת</w:t>
            </w:r>
          </w:p>
        </w:tc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635200" cy="2051691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a_g2_t06_col2_700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5200" cy="205169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פַּךְ הַשֶּׁמֶן</w:t>
            </w:r>
          </w:p>
        </w:tc>
      </w:tr>
      <w:tr>
        <w:trPr>
          <w:cantSplit/>
        </w:trPr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584800" cy="2052175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2e3f94484f_330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4800" cy="205217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סֻפְגָּנִיּוֹת</w:t>
            </w:r>
          </w:p>
        </w:tc>
        <w:tc>
          <w:tcPr>
            <w:tcW w:type="dxa" w:w="5159"/>
            <w:tcW w:w="4876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68" w:type="dxa"/>
              <w:left w:w="68" w:type="dxa"/>
              <w:bottom w:w="68" w:type="dxa"/>
              <w:right w:w="68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070000" cy="2051182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mo_ea08e8701c_330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0000" cy="205118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חַלּוֹן</w:t>
            </w:r>
          </w:p>
        </w:tc>
      </w:tr>
    </w:tbl>
    <w:p>
      <w:pPr>
        <w:bidi/>
        <w:spacing w:before="0" w:after="0" w:line="24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10319" w:type="dxa"/>
        <w:jc w:val="center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10319"/>
      </w:tblGrid>
      <w:tr>
        <w:trPr>
          <w:trHeight w:val="567" w:hRule="atLeast"/>
          <w:cantSplit/>
        </w:trPr>
        <w:tc>
          <w:tcPr>
            <w:tcW w:type="dxa" w:w="10318"/>
            <w:tcW w:w="10319" w:type="dxa"/>
            <w:tcBorders>
              <w:top w:val="single" w:sz="8" w:space="0" w:color="566573"/>
              <w:left w:val="single" w:sz="8" w:space="0" w:color="566573"/>
              <w:bottom w:val="single" w:sz="8" w:space="0" w:color="566573"/>
              <w:right w:val="single" w:sz="8" w:space="0" w:color="566573"/>
            </w:tcBorders>
            <w:shd w:val="clear" w:color="auto" w:fill="566573"/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DejaVu Sans" w:hAnsi="DejaVu Sans" w:cs="DejaVu Sans" w:eastAsia="DejaVu Sans"/>
                <w:b/>
                <w:bCs/>
                <w:color w:val="FFFFFF"/>
                <w:sz w:val="36"/>
                <w:szCs w:val="36"/>
                <w:rtl/>
              </w:rPr>
              <w:t xml:space="preserve">✂ 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6"/>
                <w:szCs w:val="36"/>
                <w:rtl/>
              </w:rPr>
              <w:t xml:space="preserve">גִּזְרוּ וְהַדְבִּיקוּ בְּעַמּוּד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5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6"/>
                <w:szCs w:val="36"/>
                <w:rtl/>
              </w:rPr>
              <w:t xml:space="preserve">, מְשִׂימָה </w:t>
            </w:r>
            <w:r>
              <w:rPr>
                <w:rFonts w:ascii="Noto Sans" w:hAnsi="Noto Sans" w:cs="Noto Sans" w:eastAsia="Noto Sans"/>
                <w:b/>
                <w:bCs/>
                <w:color w:val="FFFFFF"/>
                <w:sz w:val="36"/>
                <w:szCs w:val="36"/>
                <w:rtl/>
              </w:rPr>
              <w:t>2</w:t>
            </w:r>
            <w:r>
              <w:rPr>
                <w:rFonts w:ascii="Noto Serif Hebrew" w:hAnsi="Noto Serif Hebrew" w:cs="Noto Serif Hebrew" w:eastAsia="Noto Serif Hebrew"/>
                <w:b/>
                <w:bCs/>
                <w:color w:val="FFFFFF"/>
                <w:sz w:val="32"/>
                <w:szCs w:val="32"/>
                <w:rtl/>
              </w:rPr>
              <w:t xml:space="preserve">  ·  סַדְּרוּ אֶת הַסִּפּוּר</w:t>
            </w:r>
          </w:p>
        </w:tc>
      </w:tr>
    </w:tbl>
    <w:p>
      <w:pPr>
        <w:bidi/>
        <w:spacing w:before="0" w:after="0" w:line="10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tbl>
      <w:tblPr>
        <w:bidiVisual/>
        <w:tblW w:w="9979" w:type="dxa"/>
        <w:jc w:val="center"/>
        <w:tblCellSpacing w:w="113" w:type="dxa"/>
        <w:tblLayout w:type="fixed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4989"/>
        <w:gridCol w:w="4989"/>
      </w:tblGrid>
      <w:tr>
        <w:trPr>
          <w:trHeight w:val="907" w:hRule="atLeast"/>
          <w:cantSplit/>
        </w:trPr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מָצְאוּ פַּךְ שֶׁמֶן אֶחָד בַּמִּקְדָּשׁ.</w:t>
            </w:r>
          </w:p>
        </w:tc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הַיְּוָנִים אָסְרוּ לִלְמֹד תּוֹרָה.</w:t>
            </w:r>
          </w:p>
        </w:tc>
      </w:tr>
      <w:tr>
        <w:trPr>
          <w:trHeight w:val="907" w:hRule="atLeast"/>
          <w:cantSplit/>
        </w:trPr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הַשֶּׁמֶן דָּלַק שְׁמוֹנָה יָמִים.</w:t>
            </w:r>
          </w:p>
        </w:tc>
        <w:tc>
          <w:tcPr>
            <w:tcW w:type="dxa" w:w="5159"/>
            <w:tcW w:w="4989" w:type="dxa"/>
            <w:tcBorders>
              <w:top w:val="dashed" w:sz="10" w:space="0" w:color="000000"/>
              <w:left w:val="dashed" w:sz="10" w:space="0" w:color="000000"/>
              <w:bottom w:val="dashed" w:sz="10" w:space="0" w:color="000000"/>
              <w:right w:val="dashed" w:sz="10" w:space="0" w:color="000000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rFonts w:ascii="Noto Serif Hebrew" w:hAnsi="Noto Serif Hebrew" w:cs="Noto Serif Hebrew" w:eastAsia="Noto Serif Hebrew"/>
                <w:b/>
                <w:bCs/>
                <w:sz w:val="34"/>
                <w:szCs w:val="34"/>
                <w:rtl/>
              </w:rPr>
              <w:t>הַמַּכַּבִּים נִלְחֲמוּ וְנִצְּחוּ.</w:t>
            </w:r>
          </w:p>
        </w:tc>
      </w:tr>
    </w:tbl>
    <w:p>
      <w:pPr>
        <w:bidi/>
        <w:spacing w:before="0" w:after="0" w:line="240" w:lineRule="exact"/>
        <w:jc w:val="both"/>
      </w:pPr>
      <w:r>
        <w:rPr>
          <w:rFonts w:ascii="Noto Serif Hebrew" w:hAnsi="Noto Serif Hebrew" w:cs="Noto Serif Hebrew" w:eastAsia="Noto Serif Hebrew"/>
          <w:sz w:val="4"/>
          <w:szCs w:val="4"/>
          <w:rtl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624" w:right="794" w:bottom="567" w:left="794" w:header="227" w:footer="283" w:gutter="0"/>
      <w:cols w:space="720"/>
      <w:docGrid w:linePitch="360"/>
      <w:titlePg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0"/>
      <w:jc w:val="center"/>
    </w:pPr>
    <w:r>
      <w:rPr>
        <w:rFonts w:ascii="Noto Serif Hebrew" w:hAnsi="Noto Serif Hebrew" w:cs="Noto Serif Hebrew" w:eastAsia="Noto Serif Hebrew"/>
        <w:color w:val="777777"/>
        <w:sz w:val="24"/>
        <w:szCs w:val="24"/>
        <w:rtl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/>
      <w:spacing w:before="0" w:after="0"/>
      <w:jc w:val="both"/>
    </w:pPr>
    <w:r>
      <w:rPr>
        <w:rFonts w:ascii="Noto Serif Hebrew" w:hAnsi="Noto Serif Hebrew" w:cs="Noto Serif Hebrew" w:eastAsia="Noto Serif Hebrew"/>
        <w:b/>
        <w:bCs/>
        <w:color w:val="555555"/>
        <w:sz w:val="24"/>
        <w:szCs w:val="24"/>
        <w:rtl/>
      </w:rPr>
      <w:t>בס"ד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0" w:line="240" w:lineRule="auto"/>
    </w:pPr>
    <w:rPr>
      <w:rFonts w:ascii="Noto Serif Hebrew" w:hAnsi="Noto Serif Hebrew" w:cs="Noto Serif Hebrew" w:eastAsia="Noto Serif Hebrew"/>
      <w:sz w:val="36"/>
      <w:szCs w:val="36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jp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