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חֲנֻכָּה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נֵס פַּךְ הַשֶּׁמֶן וּמִצְוַת נֵר חֲנֻכָּה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הַמַּכַּבִּים וְנֵס פַּךְ הַשֶּׁמֶן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הַיְּוָנִים רָצוּ שֶׁנִּלְמַד תּוֹרָה.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הַמַּכַּבִּים נִלְחֲמוּ בַּיְּוָנִים.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בַּמִּקְדָּשׁ מָצְאוּ הַרְבֵּה פַּכִּים שֶׁל שֶׁמֶן.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הַשֶּׁמֶן דָּלַק שְׁמוֹנָה יָמִים.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הַיְּוָנִים אָסְרוּ לִלְמֹד תּוֹרָה.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הַמַּכַּבִּים נִלְחֲמוּ וְנִצְּחוּ.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מָצְאוּ פַּךְ שֶׁמֶן אֶחָד בַּמִּקְדָּשׁ.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הַשֶּׁמֶן דָּלַק שְׁמוֹנָה יָמִים.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נִלְחַם בַּיְּוָנִים?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הַמַּכַּבִּים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כַּמָּה יָמִים דָּלַק הַשֶּׁמֶן?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שְׁמוֹנָה יָמִים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מָצְאוּ בַּמִּקְדָּשׁ?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פַּךְ שֶׁמֶן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עַם שֶׁשָּׁלַט בָּאָרֶץ וְרָצָה שֶׁנִּשְׁכַּח אֶת הַתּוֹרָה  ←  יְוָנִים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כַּד קָטָן  ←  פַּךְ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מְנוֹרָה שֶׁל חֲנֻכָּה, עִם מָקוֹם לִשְׁמוֹנָה נֵרוֹת  ←  חֲנֻכִּיָּה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הַנֵּר שֶׁמַּדְלִיקִים בּוֹ אֶת שְׁאָר הַנֵּרוֹת  ←  שַׁמָּשׁ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מַדְלִיקִים נֵרוֹת חֲנֻכָּה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בַּלַּיְלָה הָרִאשׁוֹן מַדְלִיקִים נֵר [אֶחָד].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בַּלַּיְלָה הָאַחֲרוֹן מַדְלִיקִים [שְׁמוֹנָה] נֵרוֹת.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הַחֲנֻכִּיָּה עוֹמֶדֶת לְיַד הַפֶּתַח מִצַּד [שְׂמֹאל].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הַנֵּר הַמְּיֻחָד נִקְרָא [שַׁמָּשׁ].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מִכָּל מִלָּה לַהֶסְבֵּר שֶׁלָּהּ.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מְזוּזָה  ←  בְּצַד יָמִין שֶׁל הַפֶּתַח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חֲנֻכִּיָּה  ←  בְּצַד שְׂמֹאל שֶׁל הַפֶּתַח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שַׁמָּשׁ  ←  מַדְלִיק אֶת הַנֵּרוֹת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חַלּוֹן  ←  מוּל הָרְחוֹב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מַה עוֹשִׂים בַּחֲנֻכָּה?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כָּךְ נָכוֹן: מַדְלִיקִים נֵרוֹת בָּעֶרֶב · מוֹסִיפִים נֵר בְּכָל לַיְלָה · מְבָרְכִים לִפְנֵי הַהַדְלָקָה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כָּךְ לֹא נָכוֹן: מַסְתִּירִים אֶת הַחֲנֻכִּיָּה בָּאָרוֹן · קוֹרְאִים סֵפֶר לְאוֹר הַנֵּרוֹת · מַדְלִיקִים שְׁמוֹנָה נֵרוֹת בַּלַּיְלָה הָרִאשׁוֹן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00399" cy="39728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e3f94484f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399" cy="3972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סֻפְגָּנִיּוֹת  ←  בַּחֲנֻכָּה אוֹכְלִים סֻפְגָּנִיּוֹת.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02400" cy="39419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6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" cy="3941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חֲנֻכִּיָּה דּוֹלֶקֶת  ←  בַּלַּיְלָה הַשְּׁמִינִי דּוֹלְקִים שְׁמוֹנָה נֵרוֹת.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9600" cy="39596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ea08e8701c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600" cy="3959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חַלּוֹן  ←  מַדְלִיקִים אֶת הַחֲנֻכִּיָּה לְיַד הַחַלּוֹן אוֹ לְיַד הַדֶּלֶת.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07600" cy="39520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6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00" cy="3952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פַּךְ הַשֶּׁמֶן  ←  הַשֶּׁמֶן הַקָּטָן דָּלַק שְׁמוֹנָה יָמִים.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אֵיפֹה שָׂמִים אֶת הַחֲנֻכִּיָּה?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לְיַד הַפֶּתַח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כַּמָּה נֵרוֹת בַּלַּיְלָה הַשֵּׁנִי?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שְׁנֵי נֵרוֹת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צַיְּרוּ חֲנֻכִּיָּה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חֲנֻכִּיָּה בַּלַּיְלָה הַשְּׁלִישִׁי. כַּמָּה נֵרוֹת דּוֹלְקִים?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