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אֱלוּל וְרֹאשׁ הַשָּׁנָה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הַשּׁוֹפָר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0040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04-0.348-0.952-0.827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004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קוֹל הַשּׁוֹפָר מְעוֹרֵר אוֹתָנוּ לִתְשׁוּבָה.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אֱלוּל וְרֹאשׁ הַשָּׁנָה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3345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B8902F"/>
                <w:sz w:val="30"/>
                <w:szCs w:val="30"/>
                <w:rtl/>
              </w:rPr>
              <w:t>דַּף צְבִיעָה · אֱלוּל וְרֹאשׁ הַשָּׁנָה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שָׁנָה מְתוּקָה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4227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04-0.235-1.0-0.791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422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טוֹבְלִים תַּפּוּחַ בִּדְבַשׁ לְשָׁנָה טוֹבָה וּמְתוּקָה.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אֱלוּל וְרֹאשׁ הַשָּׁנָה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2664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