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אֱלוּל וְרֹאשׁ הַשָּׁנָה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שׁוֹפָר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אֱלוּל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תְּקִיעָה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תְּרוּעָה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שְׁבָרִים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דְּבַשׁ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תַּפּוּחַ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רִמּוֹן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סְעוּדָה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