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אֱלוּל וְרֹאשׁ הַשָּׁנָה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שׁוֹפָר, תְּפִלָּה וְשָׁנָה טוֹבָה וּמְתוּקָה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הַשּׁוֹפָר וְ«אָבִינוּ מַלְכֵּנוּ»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סְעוּדַת הֶחָג וּבְרָכוֹת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בַּחוֹבֶרֶת הַזֹּאת נִלְמַד עַל חֹדֶשׁ אֱלוּל וְעַל רֹאשׁ הַשָּׁנָה.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עַל קוֹלוֹת הַשּׁוֹפָר וְעַל הַתְּפִלָּה «אָבִינוּ מַלְכֵּנוּ».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גַּם עַל הַסְּעוּדָה הַחֲגִיגִית וְעַל בִּרְכוֹת שָׁנָה טוֹבָה.</w:t>
      </w:r>
    </w:p>
    <w:p>
      <w:pPr>
        <w:bidi/>
        <w:spacing w:before="0" w:after="0" w:line="12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הַשּׁוֹפָר וְ«אָבִינוּ מַלְכֵּנוּ»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בְּחֹדֶשׁ אֱלוּל נוֹהֲגִים לִתְקֹעַ בְּשׁוֹפָר בְּכָל בֹּקֶר.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קוֹל הַשּׁוֹפָר מְעוֹרֵר אוֹתָנוּ לַחֲזֹר בִּתְשׁוּבָה.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לַשּׁוֹפָר שְׁלֹשָׁה קוֹלוֹת: תְּקִיעָה, שְׁבָרִים וּתְרוּעָה. הַסֵּדֶר שֶׁלָּהֶם נִקְרָא תַּשְׁרַ״ת.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בִּתְפִלַּת «אָבִינוּ מַלְכֵּנוּ» אָנוּ קוֹרְאִים לַה' אַבָּא וּמֶלֶךְ, וּמְבַקְּשִׁים שָׁנָה טוֹבָה.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תְּקִיעָה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קוֹל אָרֹךְ וְיָשָׁר בַּשּׁוֹפָר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תְּרוּעָה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הַרְבֵּה קוֹלוֹת קְצָרִים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תְּשׁוּבָה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לְהִתְחָרֵט וּלְהִשְׁתַּפֵּר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«וְטַעַם הַתְּקִיעוֹת בְּחֹדֶשׁ זֶה כְּדֵי לְעוֹרֵר אֶת הָעָם לִתְשׁוּבָה, כִּי כֵן הוּא הַטֶּבַע שֶׁל הַשּׁוֹפָר לְעוֹרֵר וּלְהַחְרִיד»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קכח, סָעִיף 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בְּחֹדֶשׁ אֱלוּל תּוֹקְעִים בְּשׁוֹפָר.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הַשּׁוֹפָר מְעוֹרֵר אוֹתָנוּ לִתְשׁוּבָה.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תְּרוּעָה הִיא קוֹל אָרֹךְ אֶחָד.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בְּ«אָבִינוּ מַלְכֵּנוּ» מְבַקְּשִׁים שָׁנָה טוֹבָה.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הַשּׁוֹפָר וְ«אָבִינוּ מַלְכֵּנוּ»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סַדְּרוּ אֶת קוֹלוֹת הַשּׁוֹפָר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תּוֹקְעִים בְּאֱלוּל?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בַּלַּיְלָה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בַּצָּהֳרַיִם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«אָבִינוּ מַלְכֵּנוּ» הִיא…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מִשְׂחָק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תְּפִלָּה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מַאֲכָל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לָמָּה תּוֹקְעִים בְּשׁוֹפָר?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לְהַפְחִיד חַיּוֹת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כְּדֵי לְשַׂחֵק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לְעוֹרֵר לִתְשׁוּבָה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הַשּׁוֹפָר וְ«אָבִינוּ מַלְכֵּנוּ»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בְּחֹדֶשׁ אֱלוּל אוֹמְרִים סְלִיחוֹת.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קוֹל הַשּׁוֹפָר מְעוֹרֵר אוֹתָנוּ לִתְשׁוּבָה.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אוֹמְרִים תַּשְׁלִיךְ לְיַד מַיִם שֶׁיֵּשׁ בָּהֶם דָּגִים.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טוֹבְלִים תַּפּוּחַ בִּדְבַשׁ לְשָׁנָה טוֹבָה וּמְתוּקָה.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סְעוּדַת הֶחָג וּבְרָכוֹת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בְּלֵיל רֹאשׁ הַשָּׁנָה עוֹשִׂים סְעוּדָה חֲגִיגִית.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טוֹבְלִים אֶת הַלֶּחֶם וְאֶת הַתַּפּוּחַ בִּדְבַשׁ, וּמְבַקְּשִׁים שָׁנָה טוֹבָה וּמְתוּקָה.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אוֹכְלִים סִימָנִים לִבְרָכָה: רִמּוֹן, תָּמָר, דָּג וְרֹאשׁ.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אַחֲרֵי הַתְּפִלָּה אוֹמְרִים לְכָל חָבֵר: «לְשָׁנָה טוֹבָה תִּכָּתֵב וְתֵחָתֵם».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סְעוּדָה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אֲרוּחָה גְּדוֹלָה וַחֲגִיגִית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סִימָנִים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מַאֲכָלִים שֶׁל בְּרָכָה לַשָּׁנָה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תֵּחָתֵם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שֶׁה' יַחְתֹּם לְךָ שָׁנָה טוֹבָה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«בִּסְעוּדַת הַלַּיְלָה, נוֹהֲגִין לַעֲשׂוֹת סִימָנִים לְשָׁנָה טוֹבָה. טוֹבְלִין פְּרוּסַת הַמּוֹצִיא בִּדְבָשׁ.»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קכט, סָעִיף 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מְבַקְּשִׁים עַל כָּל סִימָן?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מִן הַמַּאֲכָל אֶל הַבְּרָכָה.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תַּפּוּחַ בִּדְבַשׁ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שֶׁנִּהְיֶה לְרֹאשׁ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שָׁנָה מְתוּקָה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רֹאשׁ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שֶׁנִּפְרֶה וְנִרְבֶּה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דָּג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הַרְבֵּה מִצְווֹת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סְעוּדַת הֶחָג וּבְרָכוֹת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אוֹכְלִים בְּרֹאשׁ הַשָּׁנָה?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מַאֲכָל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א. דְּבַשׁ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ב. תַּפּוּחַ מָתוֹק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ג. תָּמָר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ד. חֹמֶץ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ה. לִימוֹן חָמוּץ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ו. מְלָפְפוֹן חָמוּץ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אוֹכְלִים – מָתוֹק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אוֹכְלִים – חָמוּץ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דְּבַשׁ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תִּכָּתֵב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רִמּוֹן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שָׁנָה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טוֹבְלִים אֶת הַלֶּחֶם בְּתוֹךְ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אוֹכְלִים ____________ כְּדֵי שֶׁנַּרְבֶּה מִצְווֹת.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«לְשָׁנָה טוֹבָה ____________ וְתֵחָתֵם».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מְבַקְּשִׁים ____________ טוֹבָה וּמְתוּקָה.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סְעוּדַת הֶחָג וּבְרָכוֹת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87782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d119761df9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877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אוֹכְלִים תְּמָרִים לְסִימָן טוֹב.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3200" cy="89948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5ea5b4980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00" cy="89948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טוֹבְלִים אֶת הַחַלָּה בִּדְבַשׁ.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638182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3a32fe6d1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6381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אָנוּ מַמְלִיכִים אֶת ה' לְמֶלֶךְ.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2400" cy="90132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aa1293bfb8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2400" cy="90132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כּוֹתְבִים לַחֲבֵרִים: שָׁנָה טוֹבָה.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הַקּוֹל הָרִאשׁוֹן בְּתַשְׁרַ״ת?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שְׁבָרִים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תְּקִיעָה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תְּרוּעָה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בַּמָּה טוֹבְלִים אֶת הַתַּפּוּחַ?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בְּמֶלַח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בְּחֹמֶץ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בִּדְבַשׁ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כַּרְטִיס בְּרָכָה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כַּרְטִיס לַשָּׁנָה הַחֲדָשָׁה וְכִתְבוּ בּוֹ בְּרָכָה.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6"/>
                <w:szCs w:val="36"/>
                <w:rtl/>
              </w:rPr>
              <w:t>סִיַּמְתִּי לִלְמֹד אֶת הַיְּחִידָה «אֱלוּל וְרֹאשׁ הַשָּׁנָה».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69632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1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6963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הַשּׁוֹפָר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87611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1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876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שָׁנָה מְתוּקָה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96400" cy="2051252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00" cy="20512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סְלִיחוֹת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857164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631e85595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8571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דָּגִים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קוֹלוֹת הַשּׁוֹפָר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תְּרוּעָה – תִּשְׁעָה קוֹלוֹת קְצָרִים.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תְּקִיעָה – קוֹל אָרֹךְ.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תְּקִיעָה – שׁוּב קוֹל אָרֹךְ.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שְׁבָרִים – שְׁלֹשָׁה קוֹלוֹת שְׁבוּרִים.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