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כַּשְׁרוּת הַבַּיִת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בָּשָׂר לְחוּד, חָלָב לְחוּד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בָּשָׂר וְחָלָב – לֹא יַחַד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כֵּלִים נִפְרָדִים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הַזֹּאת נִלְמַד עַל מִטְבָּח כָּשֵׁר.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לְהַפְרִיד בֵּין בָּשָׂר לְבֵין חָלָב.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נַכִּיר כֵּלִים שֶׁל בָּשָׂר וְכֵלִים שֶׁל חָלָב.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בָּשָׂר וְחָלָב – לֹא יַחַד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הַתּוֹרָה אוֹסֶרֶת לֶאֱכֹל בָּשָׂר וְחָלָב יַחַד.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אָסוּר גַּם לְבַשֵּׁל אוֹתָם יַחַד.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בָּשָׂר מְחַכִּים לִפְנֵי שֶׁאוֹכְלִים חָלָב. רֹב הַקְּהִלּוֹת מְחַכּוֹת שֵׁשׁ שָׁעוֹת, וְכָל מִשְׁפָּחָה לְפִי מִנְהָגָהּ.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אַחֲרֵי גְּבִינָה רַכָּה מְנַקִּים אֶת הַפֶּה וְהַיָּדַיִם, וְאָז אֶפְשָׁר לֶאֱכֹל בָּשָׂר.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בְּשָׂרִי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מַאֲכָל שֶׁיֵּשׁ בּוֹ בָּשָׂר אוֹ עוֹף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חֲלָבִי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מַאֲכָל שֶׁיֵּשׁ בּוֹ חָלָב אוֹ גְּבִינָה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פַּרְוֶה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לֹא בָּשָׂר וְלֹא חָלָב, כְּמוֹ פֵּרוֹת וּבֵיצִים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«אָכַל בָּשָׂר אוֹ אֲפִלּוּ רַק תַּבְשִׁיל שֶׁל בָּשָׂר, לֹא יֹאכַל מַאַכְלֵי חָלָב עַד שֶׁיִּשְׁהֶה שֵׁשׁ שָׁעוֹת»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מו, סָעִיף 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מֻתָּר לֶאֱכֹל בָּשָׂר עִם גְּבִינָה.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בָּשָׂר מְחַכִּים לִפְנֵי חָלָב.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תַּפּוּחַ הוּא מַאֲכָל פַּרְוֶה.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אָסוּר לְבַשֵּׁל בָּשָׂר בְּחָלָב.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בָּשָׂר וְחָלָב – לֹא יַחַד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בְּשָׂרִי אוֹ חֲלָבִי?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מַאֲכָל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שְׁנִיצֶל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גְּבִינָה צְהֻבָּה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קְצִיצוֹת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יוֹגוּרְט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נַקְנִיקִיָּה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חֶמְאָה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בְּשָׂרִי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חֲלָבִי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אָכַלְתִּי שְׁנִיצֶל. מָה מֻתָּר לִשְׁתּוֹת עַכְשָׁו?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שׁוֹקוֹ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מִיץ תַּפּוּזִים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מִלְקִי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אֵיךְ קוֹרְאִים לְמַאֲכָל שֶׁאֵינוֹ בָּשָׂר וְאֵינוֹ חָלָב?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פַּרְוֶה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בְּשָׂרִי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חֲלָבִי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בָּשָׂר וְחָלָב – לֹא יַחַד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אַחֲרֵי בָּשָׂר מְחַכִּים וְרַק אָז אוֹכְלִים חָלָב.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לְכָל סוּג יֵשׁ סִיר מִשֶּׁלּוֹ.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יֵשׁ סְפוֹג לְכֵלִים חֲלָבִיִּם וּסְפוֹג לְכֵלִים בְּשָׂרִיִּם.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בַּצַּלַּחַת הַחֲלָבִית יֵשׁ גְּבִינָה וְלֶחֶם.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כֵּלִים נִפְרָדִים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בְּבַיִת כָּשֵׁר יֵשׁ כֵּלִים לְבָשָׂר וְכֵלִים לְחָלָב.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יֵשׁ סִירִים, צַלָּחוֹת וְסַכִּינִים לְכָל סוּג.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מְסַמְּנִים אֶת הַכֵּלִים בְּצֶבַע אוֹ בְּסִימָן, כְּדֵי לֹא לְהִתְבַּלְבֵּל.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אִם הִתְבַּלְבַּלְנוּ – שׁוֹאֲלִים רַב מָה לַעֲשׂוֹת.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כֵּלִים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סִירִים, צַלָּחוֹת, מַזְלְגוֹת וְכַפּוֹת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נִפְרָדִים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לֹא יַחַד, כָּל אֶחָד לְחוּד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חִלּוּף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לָקַחַת דָּבָר אֶחָד בִּמְקוֹם דָּבָר אַחֵר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«נוֹהֲגִין לִרְשֹׁם אֶת הַסַּכִּין הַמְיֻחָד לְמַאַכְלֵי חָלָב, וְכֵן כָּל כְּלֵי חָלָב שֶׁלֹּא יָבֹאוּ לִידֵי חִלּוּף»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מו, סָעִיף ח)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אֵיזֶה כְּלִי לְאֵיזֶה מַאֲכָל?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מִן הַכְּלִי אֶל הַמַּאֲכָל הַמַּתְאִים.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סִיר בְּשָׂרִי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גְּבִינָה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קְעָרָה חֲלָבִית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מָרָק עוֹף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מַחֲבַת בְּשָׂרִית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קְצִיצוֹת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סַכִּין חֲלָבִית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דַּיְסָה בְּחָלָב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כֵּלִים נִפְרָדִים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מְכִינִים אֲרוּחָה חֲלָבִית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כֵּלִים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רַב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מְסַמְּנִים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בָּשָׂר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בַּבַּיִת יֵשׁ ____________ לְבָשָׂר וּלְחָלָב.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אֶת הַכֵּלִים ____________ בְּצֶבַע שׁוֹנֶה.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מָרָק עוֹף מְבַשְּׁלִים בְּסִיר שֶׁל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אִם הִתְבַּלְבַּלְנוּ, שׁוֹאֲלִים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כֵּלִים נִפְרָדִים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532800" cy="897061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75f5e8a3fa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00" cy="89706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הַבָּשָׂר הוּא מַאֲכָל בְּשָׂרִי.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96291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d3779c2a8d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962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הַבֵּיצָה הִיא פַּרְוֶה.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38800" cy="898714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f4f41aa9c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800" cy="89871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הֶחָלָב הוּא מַאֲכָל חֲלָבִי.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673200" cy="899417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a7921a1bc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200" cy="89941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הַתַּפּוּחַ הוּא פַּרְוֶה.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חוֹזְרִים עַל הַחֹמֶר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בְּאֵיזוֹ צַלַּחַת שָׂמִים שְׁנִיצֶל?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צַלַּחַת בְּשָׂרִית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צַלַּחַת חֲלָבִית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בְּכָל צַלַּחַת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אִם הִתְבַּלְבַּלְנוּ?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זוֹרְקִים הַכֹּל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שׁוֹאֲלִים רַב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לֹא עוֹשִׂים כְּלוּם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הַמִּטְבָּח הַכָּשֵׁר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שְׁנֵי אֲרוֹנוֹת: אֶחָד לִכְלֵי בָּשָׂר וְאֶחָד לִכְלֵי חָלָב.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«כַּשְׁרוּת הַבַּיִת».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7200" cy="2050642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3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200" cy="20506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סִיר לְבָשָׂר וְסִיר לְחָלָב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41600" cy="205143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3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600" cy="20514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אֲרוּחָה חֲלָבִית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3600" cy="205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c43a6015c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6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בָּשָׂר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78800" cy="205092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2622a82d8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800" cy="2050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סְפוֹג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מְכִינִים אֲרוּחָה חֲלָבִית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הוּא מְבַשֵּׁל וּמַגִּישׁ בְּצַלָּחוֹת חֲלָבִיּוֹת.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אַבָּא רוֹצֶה לְהָכִין פַּסְטָה עִם גְּבִינָה.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אַחֲרֵי הָאֹכֶל שׁוֹטְפִים וּמַחְזִירִים לָאָרוֹן הַחֲלָבִי.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הוּא מוֹצִיא סִיר מִן הָאָרוֹן הַחֲלָבִי.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