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כַּשְׁרוּת הַבַּיִת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בָּשָׂר לְחוּד, חָלָב לְחוּד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ssistant" w:hAnsi="Assistant" w:cs="Assistant" w:eastAsia="Assistant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בָּשָׂר וְחָלָב – לֹא יַחַד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מֻתָּר לֶאֱכֹל בָּשָׂר עִם גְּבִינָה.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אַחֲרֵי בָּשָׂר מְחַכִּים לִפְנֵי חָלָב.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תַּפּוּחַ הוּא מַאֲכָל פַּרְוֶה.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אָסוּר לְבַשֵּׁל בָּשָׂר בְּחָלָב.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בְּשָׂרִי אוֹ חֲלָבִי?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מַאֲכָל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בְּשָׂרִי: שְׁנִיצֶל · קְצִיצוֹת · נַקְנִיקִיָּה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חֲלָבִי: גְּבִינָה צְהֻבָּה · יוֹגוּרְט · חֶמְאָה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אָכַלְתִּי שְׁנִיצֶל. מָה מֻתָּר לִשְׁתּוֹת עַכְשָׁו?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מִיץ תַּפּוּזִים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אֵיךְ קוֹרְאִים לְמַאֲכָל שֶׁאֵינוֹ בָּשָׂר וְאֵינוֹ חָלָב?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פַּרְוֶה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1600" cy="3947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c43a6015c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" cy="394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בָּשָׂר  ←  אַחֲרֵי בָּשָׂר מְחַכִּים וְרַק אָז אוֹכְלִים חָלָב.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89600" cy="39727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3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397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סִיר לְבָשָׂר וְסִיר לְחָלָב  ←  לְכָל סוּג יֵשׁ סִיר מִשֶּׁלּוֹ.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39200" cy="3952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2622a82d8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00" cy="395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סְפוֹג  ←  יֵשׁ סְפוֹג לְכֵלִים חֲלָבִיִּם וּסְפוֹג לְכֵלִים בְּשָׂרִיִּם.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89600" cy="39517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3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3951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אֲרוּחָה חֲלָבִית  ←  בַּצַּלַּחַת הַחֲלָבִית יֵשׁ גְּבִינָה וְלֶחֶם.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כֵּלִים נִפְרָדִים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אֵיזֶה כְּלִי לְאֵיזֶה מַאֲכָל?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מִן הַכְּלִי אֶל הַמַּאֲכָל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סִיר בְּשָׂרִי  ←  מָרָק עוֹף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קְעָרָה חֲלָבִית  ←  דַּיְסָה בְּחָלָב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מַחֲבַת בְּשָׂרִית  ←  קְצִיצוֹת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סַכִּין חֲלָבִית  ←  גְּבִינָה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מְכִינִים אֲרוּחָה חֲלָבִית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אַבָּא רוֹצֶה פַּסְטָה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סִיר מִן הָאָרוֹן הַחֲלָבִי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מְבַשֵּׁל וּמַגִּישׁ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שׁוֹטְפִים וּמַחְזִירִים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בַּבַּיִת יֵשׁ [כֵּלִים] לְבָשָׂר וּלְחָלָב.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אֶת הַכֵּלִים [מְסַמְּנִים] בְּצֶבַע שׁוֹנֶה.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מָרָק עוֹף מְבַשְּׁלִים בְּסִיר שֶׁל [בָּשָׂר].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אִם הִתְבַּלְבַּלְנוּ, שׁוֹאֲלִים [רַב].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34000" cy="39397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5f5e8a3fa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" cy="3939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הֶחָלָב הוּא מַאֲכָל חֲלָבִי.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792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d3779c2a8d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7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הַבָּשָׂר הוּא מַאֲכָל בְּשָׂרִי.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0800" cy="39728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f4f41aa9c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00" cy="3972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הַתַּפּוּחַ הוּא פַּרְוֶה.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95200" cy="39439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a7921a1bc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" cy="3943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הַבֵּיצָה הִיא פַּרְוֶה.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חוֹזְרִים עַל הַחֹמֶר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בְּאֵיזוֹ צַלַּחַת שָׂמִים שְׁנִיצֶל?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צַלַּחַת בְּשָׂרִית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אִם הִתְבַּלְבַּלְנוּ?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שׁוֹאֲלִים רַב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הַמִּטְבָּח הַכָּשֵׁר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שְׁנֵי אֲרוֹנוֹת: אֶחָד לִכְלֵי בָּשָׂר וְאֶחָד לִכְלֵי חָלָב.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