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קְעָרַת הַסֵּדֶר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1715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24-0.22-0.975-0.841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171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בַּקְּעָרָה יֵשׁ מָרוֹר, חֲרֹסֶת, בֵּיצָה וּזְרוֹעַ.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פֶּסַח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47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בְּדִיקַת חָמֵץ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3568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25-0.184-0.916-0.899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3568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בּוֹדְקִים חָמֵץ לְאוֹר נֵר.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