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פֶּסַח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ץ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פֶּסַח  (פסח)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מַצָּה  (מצה)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חָמֵץ  (חמץ)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מָרוֹר  (מרור)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הַגָּדָה  (הגדה)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קְעָרָה  (קערה)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חֲרֹסֶת  (חרוסת)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כַּרְפַּס  (כרפס)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מִצְרַיִם  (מצרים)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זְרוֹעַ  (זרוע)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