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Noto Serif Hebrew" w:hAnsi="Noto Serif Hebrew" w:cs="Noto Serif Hebrew" w:eastAsia="Noto Serif Hebrew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E2C47A"/>
                <w:sz w:val="36"/>
                <w:szCs w:val="36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פֶּסַח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color w:val="FFFFFF"/>
                <w:sz w:val="38"/>
                <w:szCs w:val="38"/>
                <w:rtl/>
              </w:rPr>
              <w:t>חַג הַחֵרוּת: מַצָּה, מָרוֹר וְסִפּוּר יְצִיאַת מִצְרַיִם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92000" cy="42366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_172_None_Fals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4236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0" w:space="0" w:color="B8902F"/>
              <w:left w:val="single" w:sz="10" w:space="0" w:color="B8902F"/>
              <w:bottom w:val="single" w:sz="10" w:space="0" w:color="B8902F"/>
              <w:right w:val="single" w:sz="10" w:space="0" w:color="B8902F"/>
            </w:tcBorders>
            <w:shd w:val="clear" w:color="auto" w:fill="F6EEDD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1F3A5F"/>
                <w:sz w:val="34"/>
                <w:szCs w:val="34"/>
                <w:rtl/>
              </w:rPr>
              <w:t>חוֹבֶרֶת עֲבוֹדָה לַתַּלְמִיד · לְפִי תּוֹכְנִית הַלִּימוּדִים בַּהֲלָכָה – חמ"ד</w:t>
            </w:r>
          </w:p>
        </w:tc>
      </w:tr>
    </w:tbl>
    <w:p>
      <w:pPr>
        <w:bidi/>
        <w:spacing w:before="200" w:after="0"/>
        <w:jc w:val="center"/>
      </w:pPr>
      <w:r>
        <w:rPr>
          <w:rFonts w:ascii="Noto Serif Hebrew" w:hAnsi="Noto Serif Hebrew" w:cs="Noto Serif Hebrew" w:eastAsia="Noto Serif Hebrew"/>
          <w:b/>
          <w:bCs/>
          <w:color w:val="1F3A5F"/>
          <w:sz w:val="34"/>
          <w:szCs w:val="34"/>
          <w:rtl/>
        </w:rPr>
        <w:t>שֵׁם פְּרָטִי ___________   שֵׁם מִשְׁפָּחָה ___________   כִּתָּה _____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52"/>
                <w:szCs w:val="52"/>
                <w:rtl/>
              </w:rPr>
              <w:t>תּוֹכֶן הָעִנְיָנִים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092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680"/>
        <w:gridCol w:w="7711"/>
        <w:gridCol w:w="1701"/>
      </w:tblGrid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מָבוֹא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1F3A5F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F3A5F"/>
                <w:sz w:val="36"/>
                <w:szCs w:val="36"/>
                <w:rtl/>
              </w:rPr>
              <w:t>3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8E44AD"/>
              <w:left w:val="single" w:sz="8" w:space="0" w:color="8E44AD"/>
              <w:bottom w:val="single" w:sz="8" w:space="0" w:color="8E44AD"/>
              <w:right w:val="single" w:sz="8" w:space="0" w:color="8E44AD"/>
            </w:tcBorders>
            <w:shd w:val="clear" w:color="auto" w:fill="8E44AD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: יְצִיאַת מִצְרַיִם, חָמֵץ וּמַצָּה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8E44AD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8E44AD"/>
                <w:sz w:val="36"/>
                <w:szCs w:val="36"/>
                <w:rtl/>
              </w:rPr>
              <w:t>4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D35400"/>
              <w:left w:val="single" w:sz="8" w:space="0" w:color="D35400"/>
              <w:bottom w:val="single" w:sz="8" w:space="0" w:color="D35400"/>
              <w:right w:val="single" w:sz="8" w:space="0" w:color="D35400"/>
            </w:tcBorders>
            <w:shd w:val="clear" w:color="auto" w:fill="D35400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: לֵיל הַסֵּדֶר וְהַקְּעָרָה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D35400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D35400"/>
                <w:sz w:val="36"/>
                <w:szCs w:val="36"/>
                <w:rtl/>
              </w:rPr>
              <w:t>7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מָה לָמַדְנוּ? – חֲזָרָה וּתְעוּדָה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7D3C98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7D3C98"/>
                <w:sz w:val="36"/>
                <w:szCs w:val="36"/>
                <w:rtl/>
              </w:rPr>
              <w:t>10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דַּף גְּזִירָה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566573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566573"/>
                <w:sz w:val="36"/>
                <w:szCs w:val="36"/>
                <w:rtl/>
              </w:rPr>
              <w:t>11</w:t>
            </w:r>
          </w:p>
        </w:tc>
      </w:tr>
    </w:tbl>
    <w:p>
      <w:pPr>
        <w:bidi/>
        <w:spacing w:before="0" w:after="0" w:line="28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780000" cy="472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05_None_Fals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472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80" w:after="0"/>
        <w:jc w:val="center"/>
      </w:pPr>
      <w:r>
        <w:rPr>
          <w:rFonts w:ascii="Noto Serif Hebrew" w:hAnsi="Noto Serif Hebrew" w:cs="Noto Serif Hebrew" w:eastAsia="Noto Serif Hebrew"/>
          <w:b/>
          <w:bCs/>
          <w:color w:val="1F3A5F"/>
          <w:sz w:val="34"/>
          <w:szCs w:val="34"/>
          <w:rtl/>
        </w:rPr>
        <w:t>פִּנַּת צְבִיעָה: צַבְּעוּ אֶת הַתְּמוּנָה!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B8902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52"/>
                <w:szCs w:val="52"/>
                <w:rtl/>
              </w:rPr>
              <w:t>מָבוֹא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120" w:line="276" w:lineRule="auto"/>
        <w:jc w:val="both"/>
      </w:pPr>
      <w:r>
        <w:rPr>
          <w:rFonts w:ascii="Noto Serif Hebrew" w:hAnsi="Noto Serif Hebrew" w:cs="Noto Serif Hebrew" w:eastAsia="Noto Serif Hebrew"/>
          <w:sz w:val="36"/>
          <w:szCs w:val="36"/>
          <w:rtl/>
        </w:rPr>
        <w:t>בַּחוֹבֶרֶת הַזֹּאת נִלְמַד עַל חַג הַפֶּסַח.</w:t>
      </w:r>
    </w:p>
    <w:p>
      <w:pPr>
        <w:bidi/>
        <w:spacing w:before="0" w:after="120" w:line="276" w:lineRule="auto"/>
        <w:jc w:val="both"/>
      </w:pPr>
      <w:r>
        <w:rPr>
          <w:rFonts w:ascii="Noto Serif Hebrew" w:hAnsi="Noto Serif Hebrew" w:cs="Noto Serif Hebrew" w:eastAsia="Noto Serif Hebrew"/>
          <w:sz w:val="36"/>
          <w:szCs w:val="36"/>
          <w:rtl/>
        </w:rPr>
        <w:t>נִשְׁמַע אֵיךְ יָצְאוּ בְּנֵי יִשְׂרָאֵל מִמִּצְרַיִם, וְנַכִּיר אֶת הֶחָמֵץ וְאֶת הַמַּצָּה.</w:t>
      </w:r>
    </w:p>
    <w:p>
      <w:pPr>
        <w:bidi/>
        <w:spacing w:before="0" w:after="120" w:line="276" w:lineRule="auto"/>
        <w:jc w:val="both"/>
      </w:pPr>
      <w:r>
        <w:rPr>
          <w:rFonts w:ascii="Noto Serif Hebrew" w:hAnsi="Noto Serif Hebrew" w:cs="Noto Serif Hebrew" w:eastAsia="Noto Serif Hebrew"/>
          <w:sz w:val="36"/>
          <w:szCs w:val="36"/>
          <w:rtl/>
        </w:rPr>
        <w:t>נִלְמַד גַּם עַל לֵיל הַסֵּדֶר וְעַל הַקְּעָרָה.</w:t>
      </w:r>
    </w:p>
    <w:p>
      <w:pPr>
        <w:bidi/>
        <w:spacing w:before="0" w:after="0" w:line="12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00000" cy="431052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ro_175_None_Fals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43105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3E0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A04000"/>
                <w:sz w:val="34"/>
                <w:szCs w:val="34"/>
                <w:rtl/>
              </w:rPr>
              <w:t xml:space="preserve">✂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A04000"/>
                <w:sz w:val="34"/>
                <w:szCs w:val="34"/>
                <w:rtl/>
              </w:rPr>
              <w:t xml:space="preserve">דַּף הַגְּזִירָה נִמְצָא בְּסוֹף הַחוֹבֶרֶת. מַדְפִּיסִים אוֹתוֹ בְּצַד אֶחָד שֶׁל הַדַּף. דַּף הַגְּזִירָה: עַמּוּד </w:t>
            </w:r>
            <w:r>
              <w:rPr>
                <w:rFonts w:ascii="Noto Sans" w:hAnsi="Noto Sans" w:cs="Noto Sans" w:eastAsia="Noto Sans"/>
                <w:b/>
                <w:bCs/>
                <w:color w:val="A04000"/>
                <w:sz w:val="34"/>
                <w:szCs w:val="34"/>
                <w:rtl/>
              </w:rPr>
              <w:t>11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A04000"/>
                <w:sz w:val="34"/>
                <w:szCs w:val="34"/>
                <w:rtl/>
              </w:rPr>
              <w:t>.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8E44AD"/>
              <w:left w:val="single" w:sz="14" w:space="0" w:color="8E44AD"/>
              <w:bottom w:val="single" w:sz="14" w:space="0" w:color="8E44AD"/>
              <w:right w:val="single" w:sz="14" w:space="0" w:color="8E44AD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8E44AD"/>
              <w:left w:val="single" w:sz="14" w:space="0" w:color="8E44AD"/>
              <w:bottom w:val="single" w:sz="14" w:space="0" w:color="8E44AD"/>
              <w:right w:val="single" w:sz="14" w:space="0" w:color="8E44AD"/>
            </w:tcBorders>
            <w:shd w:val="clear" w:color="auto" w:fill="8E44AD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48"/>
                <w:szCs w:val="48"/>
                <w:rtl/>
              </w:rPr>
              <w:t>יְצִיאַת מִצְרַיִם, חָמֵץ וּמַצָּה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8E44AD"/>
                <w:sz w:val="38"/>
                <w:szCs w:val="38"/>
                <w:rtl/>
              </w:rPr>
              <w:t xml:space="preserve">✦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8E44AD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בְּנֵי יִשְׂרָאֵל הָיוּ עֲבָדִים לְפַרְעֹה בְּמִצְרַיִם.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ה' הוֹצִיא אוֹתָם בִּמְהִירוּת, וְהַבָּצֵק שֶׁלָּהֶם לֹא הִסְפִּיק לִתְפֹּחַ.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לָכֵן בְּפֶסַח אוֹכְלִים מַצָּה, וְאָסוּר לֶאֱכֹל חָמֵץ – לֶחֶם, עוּגָה, פַּסְטָה וְעוּגִיּוֹת.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בַּלַּיְלָה שֶׁלִּפְנֵי פֶּסַח בּוֹדְקִים לְאוֹר נֵר שֶׁאֵין חָמֵץ בַּבַּיִת.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8E44AD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8E44AD"/>
                    <w:left w:val="dashed" w:sz="8" w:space="0" w:color="8E44AD"/>
                    <w:bottom w:val="dashed" w:sz="8" w:space="0" w:color="8E44AD"/>
                    <w:right w:val="dashed" w:sz="8" w:space="0" w:color="8E44AD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עֲבָדִים</w:t>
                  </w:r>
                  <w:r>
                    <w:rPr>
                      <w:rFonts w:ascii="Noto Serif Hebrew" w:hAnsi="Noto Serif Hebrew" w:cs="Noto Serif Hebrew" w:eastAsia="Noto Serif Hebrew"/>
                      <w:sz w:val="32"/>
                      <w:szCs w:val="32"/>
                      <w:rtl/>
                    </w:rPr>
                    <w:t xml:space="preserve"> – אֲנָשִׁים שֶׁעוֹבְדִים בְּכֹחַ וְאֵין לָהֶם חֹפֶשׁ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בָּצֵק</w:t>
                  </w:r>
                  <w:r>
                    <w:rPr>
                      <w:rFonts w:ascii="Noto Serif Hebrew" w:hAnsi="Noto Serif Hebrew" w:cs="Noto Serif Hebrew" w:eastAsia="Noto Serif Hebrew"/>
                      <w:sz w:val="32"/>
                      <w:szCs w:val="32"/>
                      <w:rtl/>
                    </w:rPr>
                    <w:t xml:space="preserve"> – קֶמַח וּמַיִם שֶׁלָּשִׁים יַחַד לִפְנֵי הָאֲפִיָּה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חָמֵץ</w:t>
                  </w:r>
                  <w:r>
                    <w:rPr>
                      <w:rFonts w:ascii="Noto Serif Hebrew" w:hAnsi="Noto Serif Hebrew" w:cs="Noto Serif Hebrew" w:eastAsia="Noto Serif Hebrew"/>
                      <w:sz w:val="32"/>
                      <w:szCs w:val="32"/>
                      <w:rtl/>
                    </w:rPr>
                    <w:t xml:space="preserve"> – מַאֲפֶה מִקֶּמַח שֶׁתָּפַח, כְּמוֹ לֶחֶם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Frank Ruhl Libre" w:hAnsi="Frank Ruhl Libre" w:cs="Frank Ruhl Libre" w:eastAsia="Frank Ruhl Libre"/>
                <w:color w:val="1B2631"/>
                <w:sz w:val="34"/>
                <w:szCs w:val="34"/>
                <w:rtl/>
              </w:rPr>
              <w:t>«בַּלַּיְלָה שֶׁלִּפְנֵי עֶרֶב פֶּסַח בּוֹדְקִין אֶת הֶחָמֵץ. וְחַיָּבִין לִבְדּוֹק מִיָּד בִּתְחִלַּת הַלָּיְלָה.»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color w:val="555555"/>
                <w:sz w:val="26"/>
                <w:szCs w:val="26"/>
                <w:rtl/>
              </w:rPr>
              <w:t>(קִצּוּר שֻׁלְחָן עָרוּךְ, סִימָן קיא, סָעִיף א)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בְּנֵי יִשְׂרָאֵל הָיוּ עֲבָדִים בְּמִצְרַיִם.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בְּפֶסַח מֻתָּר לֶאֱכֹל לֶחֶם.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מַצָּה הִיא לֶחֶם שֶׁלֹּא תָּפַח.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בּוֹדְקִים חָמֵץ בַּבֹּקֶר שֶׁל הֶחָג.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8E44AD"/>
              <w:left w:val="single" w:sz="14" w:space="0" w:color="8E44AD"/>
              <w:bottom w:val="single" w:sz="14" w:space="0" w:color="8E44AD"/>
              <w:right w:val="single" w:sz="14" w:space="0" w:color="8E44AD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8E44AD"/>
              <w:left w:val="single" w:sz="14" w:space="0" w:color="8E44AD"/>
              <w:bottom w:val="single" w:sz="14" w:space="0" w:color="8E44AD"/>
              <w:right w:val="single" w:sz="14" w:space="0" w:color="8E44AD"/>
            </w:tcBorders>
            <w:shd w:val="clear" w:color="auto" w:fill="8E44AD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48"/>
                <w:szCs w:val="48"/>
                <w:rtl/>
              </w:rPr>
              <w:t>יְצִיאַת מִצְרַיִם, חָמֵץ וּמַצָּה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מָה אוֹכְלִים בְּפֶסַח?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כִּתְבוּ כָּל מַאֲכָל בַּטּוּר הַנָּכוֹן.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2"/>
                <w:szCs w:val="32"/>
                <w:rtl/>
              </w:rPr>
              <w:t>מִשְׁפָּטִים: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א. לֶחֶם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ב. מַצָּה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ג. עוּגִיָּה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ד. תַּפּוּחַ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ה. פַּסְטָה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ו. בֵּיצָה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989"/>
              <w:gridCol w:w="4989"/>
            </w:tblGrid>
            <w:tr>
              <w:trPr>
                <w:trHeight w:val="510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8E44AD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חָמֵץ – אָסוּר בְּפֶסַח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8E44AD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מֻתָּר בְּפֶסַח</w:t>
                  </w:r>
                </w:p>
              </w:tc>
            </w:tr>
            <w:tr>
              <w:trPr>
                <w:trHeight w:val="2041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סִפּוּר יְצִיאַת מִצְרַיִם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979"/>
            </w:tblGrid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8E44AD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8E44AD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8E44AD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8E44AD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8E44AD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8E44AD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8E44AD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8E44AD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8E44AD"/>
              <w:left w:val="single" w:sz="14" w:space="0" w:color="8E44AD"/>
              <w:bottom w:val="single" w:sz="14" w:space="0" w:color="8E44AD"/>
              <w:right w:val="single" w:sz="14" w:space="0" w:color="8E44AD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8E44AD"/>
              <w:left w:val="single" w:sz="14" w:space="0" w:color="8E44AD"/>
              <w:bottom w:val="single" w:sz="14" w:space="0" w:color="8E44AD"/>
              <w:right w:val="single" w:sz="14" w:space="0" w:color="8E44AD"/>
            </w:tcBorders>
            <w:shd w:val="clear" w:color="auto" w:fill="8E44AD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48"/>
                <w:szCs w:val="48"/>
                <w:rtl/>
              </w:rPr>
              <w:t>יְצִיאַת מִצְרַיִם, חָמֵץ וּמַצָּה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1009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046"/>
              <w:gridCol w:w="5046"/>
            </w:tblGrid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בְּלֵיל הַסֵּדֶר אוֹכְלִים מַצָּה.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בַּקְּעָרָה יֵשׁ מָרוֹר, חֲרֹסֶת, בֵּיצָה וּזְרוֹעַ.</w:t>
                  </w:r>
                </w:p>
              </w:tc>
            </w:tr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בְּלֵיל הַסֵּדֶר שׁוֹתִים אַרְבַּע כּוֹסוֹת.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בּוֹדְקִים חָמֵץ לְאוֹר נֵר.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D35400"/>
              <w:left w:val="single" w:sz="14" w:space="0" w:color="D35400"/>
              <w:bottom w:val="single" w:sz="14" w:space="0" w:color="D35400"/>
              <w:right w:val="single" w:sz="14" w:space="0" w:color="D354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D35400"/>
              <w:left w:val="single" w:sz="14" w:space="0" w:color="D35400"/>
              <w:bottom w:val="single" w:sz="14" w:space="0" w:color="D35400"/>
              <w:right w:val="single" w:sz="14" w:space="0" w:color="D35400"/>
            </w:tcBorders>
            <w:shd w:val="clear" w:color="auto" w:fill="D35400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48"/>
                <w:szCs w:val="48"/>
                <w:rtl/>
              </w:rPr>
              <w:t>לֵיל הַסֵּדֶר וְהַקְּעָרָה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D35400"/>
                <w:sz w:val="38"/>
                <w:szCs w:val="38"/>
                <w:rtl/>
              </w:rPr>
              <w:t xml:space="preserve">✦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D35400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בְּלֵיל הַסֵּדֶר כָּל הַמִּשְׁפָּחָה יוֹשֶׁבֶת יַחַד וְקוֹרֵאת בַּהַגָּדָה.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הַיְּלָדִים שׁוֹאֲלִים «מַה נִּשְׁתַּנָּה», וּמְסַפְּרִים אֵיךְ יָצָאנוּ מִמִּצְרַיִם.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אוֹכְלִים מַצָּה, וְגַם מָרוֹר – יָרָק מַר, זֵכֶר לָעַבְדוּת הַקָּשָׁה.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עַל הַקְּעָרָה יֵשׁ שָׁלֹשׁ מַצּוֹת, זְרוֹעַ, בֵּיצָה, מָרוֹר, חֲרֹסֶת וְכַרְפַּס.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D35400"/>
                    <w:left w:val="single" w:sz="8" w:space="0" w:color="D35400"/>
                    <w:bottom w:val="single" w:sz="8" w:space="0" w:color="D35400"/>
                    <w:right w:val="single" w:sz="8" w:space="0" w:color="D35400"/>
                  </w:tcBorders>
                  <w:shd w:val="clear" w:color="auto" w:fill="D35400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D35400"/>
                    <w:left w:val="dashed" w:sz="8" w:space="0" w:color="D35400"/>
                    <w:bottom w:val="dashed" w:sz="8" w:space="0" w:color="D35400"/>
                    <w:right w:val="dashed" w:sz="8" w:space="0" w:color="D35400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הַגָּדָה</w:t>
                  </w:r>
                  <w:r>
                    <w:rPr>
                      <w:rFonts w:ascii="Noto Serif Hebrew" w:hAnsi="Noto Serif Hebrew" w:cs="Noto Serif Hebrew" w:eastAsia="Noto Serif Hebrew"/>
                      <w:sz w:val="32"/>
                      <w:szCs w:val="32"/>
                      <w:rtl/>
                    </w:rPr>
                    <w:t xml:space="preserve"> – סֵפֶר שֶׁקּוֹרְאִים בּוֹ בְּלֵיל הַסֵּדֶר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מָרוֹר</w:t>
                  </w:r>
                  <w:r>
                    <w:rPr>
                      <w:rFonts w:ascii="Noto Serif Hebrew" w:hAnsi="Noto Serif Hebrew" w:cs="Noto Serif Hebrew" w:eastAsia="Noto Serif Hebrew"/>
                      <w:sz w:val="32"/>
                      <w:szCs w:val="32"/>
                      <w:rtl/>
                    </w:rPr>
                    <w:t xml:space="preserve"> – יָרָק מַר, כְּמוֹ חַסָּה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חֲרֹסֶת</w:t>
                  </w:r>
                  <w:r>
                    <w:rPr>
                      <w:rFonts w:ascii="Noto Serif Hebrew" w:hAnsi="Noto Serif Hebrew" w:cs="Noto Serif Hebrew" w:eastAsia="Noto Serif Hebrew"/>
                      <w:sz w:val="32"/>
                      <w:szCs w:val="32"/>
                      <w:rtl/>
                    </w:rPr>
                    <w:t xml:space="preserve"> – מִמְרָח מָתוֹק מִפֵּרוֹת, זֵכֶר לַטִּיט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Frank Ruhl Libre" w:hAnsi="Frank Ruhl Libre" w:cs="Frank Ruhl Libre" w:eastAsia="Frank Ruhl Libre"/>
                <w:color w:val="1B2631"/>
                <w:sz w:val="34"/>
                <w:szCs w:val="34"/>
                <w:rtl/>
              </w:rPr>
              <w:t>«סֵדֶר הַקְּעָרָה כָּךְ הוּא: מַנִּיחַ שָׁלֹשׁ מַצּוֹת עַל הַקְּעָרָה, וּפוֹרֵס עֲלֵיהֶם מַפָּה נָאָה, וְעָלֶיהָ מַנִּיחַ אֶת הַזְּרוֹעַ נֶגֶד הַיָּמִין שֶׁלּוֹ, וְאֶת הַבֵּיצָה מִשְּׂמֹאל.»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color w:val="555555"/>
                <w:sz w:val="26"/>
                <w:szCs w:val="26"/>
                <w:rtl/>
              </w:rPr>
              <w:t>(קִצּוּר שֻׁלְחָן עָרוּךְ, סִימָן קיח, סָעִיף ח)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לָמָּה זֶה בַּקְּעָרָה?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מִתְחוּ קַו מִכָּל דָּבָר אֶל מָה שֶׁהוּא מַזְכִּיר.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מַצָּה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זֵכֶר לַטִּיט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מָרוֹר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זֵכֶר לְקָרְבַּן פֶּסַח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חֲרֹסֶת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יָצְאוּ בִּמְהִירוּת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זְרוֹעַ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זֵכֶר לָעַבְדוּת הַמָּרָה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D35400"/>
              <w:left w:val="single" w:sz="14" w:space="0" w:color="D35400"/>
              <w:bottom w:val="single" w:sz="14" w:space="0" w:color="D35400"/>
              <w:right w:val="single" w:sz="14" w:space="0" w:color="D354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D35400"/>
              <w:left w:val="single" w:sz="14" w:space="0" w:color="D35400"/>
              <w:bottom w:val="single" w:sz="14" w:space="0" w:color="D35400"/>
              <w:right w:val="single" w:sz="14" w:space="0" w:color="D35400"/>
            </w:tcBorders>
            <w:shd w:val="clear" w:color="auto" w:fill="D35400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48"/>
                <w:szCs w:val="48"/>
                <w:rtl/>
              </w:rPr>
              <w:t>לֵיל הַסֵּדֶר וְהַקְּעָרָה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6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כַּמָּה מַצּוֹת שָׂמִים עַל הַקְּעָרָה?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D35400"/>
                    <w:left w:val="single" w:sz="8" w:space="0" w:color="D35400"/>
                    <w:bottom w:val="single" w:sz="8" w:space="0" w:color="D35400"/>
                    <w:right w:val="single" w:sz="8" w:space="0" w:color="D35400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שְׁתַּיִם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D35400"/>
                    <w:left w:val="single" w:sz="8" w:space="0" w:color="D35400"/>
                    <w:bottom w:val="single" w:sz="8" w:space="0" w:color="D35400"/>
                    <w:right w:val="single" w:sz="8" w:space="0" w:color="D35400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שָׁלֹשׁ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D35400"/>
                    <w:left w:val="single" w:sz="8" w:space="0" w:color="D35400"/>
                    <w:bottom w:val="single" w:sz="8" w:space="0" w:color="D35400"/>
                    <w:right w:val="single" w:sz="8" w:space="0" w:color="D35400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אַרְבַּע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מָה טוֹבְלִים בְּמֵי מֶלַח?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D35400"/>
                    <w:left w:val="single" w:sz="8" w:space="0" w:color="D35400"/>
                    <w:bottom w:val="single" w:sz="8" w:space="0" w:color="D35400"/>
                    <w:right w:val="single" w:sz="8" w:space="0" w:color="D35400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כַּרְפַּס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D35400"/>
                    <w:left w:val="single" w:sz="8" w:space="0" w:color="D35400"/>
                    <w:bottom w:val="single" w:sz="8" w:space="0" w:color="D35400"/>
                    <w:right w:val="single" w:sz="8" w:space="0" w:color="D35400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מַצָּה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D35400"/>
                    <w:left w:val="single" w:sz="8" w:space="0" w:color="D35400"/>
                    <w:bottom w:val="single" w:sz="8" w:space="0" w:color="D35400"/>
                    <w:right w:val="single" w:sz="8" w:space="0" w:color="D35400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בֵּיצָה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מִי שׁוֹאֵל «מַה נִּשְׁתַּנָּה»?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D35400"/>
                    <w:left w:val="single" w:sz="8" w:space="0" w:color="D35400"/>
                    <w:bottom w:val="single" w:sz="8" w:space="0" w:color="D35400"/>
                    <w:right w:val="single" w:sz="8" w:space="0" w:color="D35400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הַשְּׁכֵנִים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D35400"/>
                    <w:left w:val="single" w:sz="8" w:space="0" w:color="D35400"/>
                    <w:bottom w:val="single" w:sz="8" w:space="0" w:color="D35400"/>
                    <w:right w:val="single" w:sz="8" w:space="0" w:color="D35400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אַף אֶחָד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D35400"/>
                    <w:left w:val="single" w:sz="8" w:space="0" w:color="D35400"/>
                    <w:bottom w:val="single" w:sz="8" w:space="0" w:color="D35400"/>
                    <w:right w:val="single" w:sz="8" w:space="0" w:color="D35400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הַיְּלָדִים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7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בַּחֲרוּ מִלָּה מִן הַמַּחְסָן.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כּוֹסוֹת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הַהַגָּדָה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אֲפִיקוֹמָן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מָרוֹר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בְּלֵיל הַסֵּדֶר קוֹרְאִים בְּסֵפֶר ____________.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אוֹכְלִים יָרָק מַר שֶׁנִּקְרָא ____________.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שׁוֹתִים אַרְבַּע ____________ שֶׁל יַיִן.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בְּסוֹף הַסְּעוּדָה אוֹכְלִים ____________.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D35400"/>
              <w:left w:val="single" w:sz="14" w:space="0" w:color="D35400"/>
              <w:bottom w:val="single" w:sz="14" w:space="0" w:color="D35400"/>
              <w:right w:val="single" w:sz="14" w:space="0" w:color="D354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D35400"/>
              <w:left w:val="single" w:sz="14" w:space="0" w:color="D35400"/>
              <w:bottom w:val="single" w:sz="14" w:space="0" w:color="D35400"/>
              <w:right w:val="single" w:sz="14" w:space="0" w:color="D35400"/>
            </w:tcBorders>
            <w:shd w:val="clear" w:color="auto" w:fill="D35400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48"/>
                <w:szCs w:val="48"/>
                <w:rtl/>
              </w:rPr>
              <w:t>לֵיל הַסֵּדֶר וְהַקְּעָרָה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8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מִתְחוּ קַו בֵּין כָּל תְּמוּנָה לַמִּשְׁפָּט הַמַּתְאִים לָהּ.</w:t>
            </w:r>
          </w:p>
          <w:tbl>
            <w:tblPr>
              <w:bidiVisual/>
              <w:tblW w:w="986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510"/>
              <w:gridCol w:w="1247"/>
              <w:gridCol w:w="510"/>
              <w:gridCol w:w="5670"/>
            </w:tblGrid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12800" cy="901241"/>
                        <wp:docPr id="20" name="Picture 2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cbe676ae0a_330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2800" cy="901241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4"/>
                      <w:szCs w:val="34"/>
                      <w:rtl/>
                    </w:rPr>
                    <w:t>לִפְנֵי פֶּסַח מְנַקִּים אֶת הַבַּיִת מֵחָמֵץ.</w:t>
                  </w:r>
                </w:p>
              </w:tc>
            </w:tr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892800" cy="900991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c3bcc4cd37_330.png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92800" cy="900991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4"/>
                      <w:szCs w:val="34"/>
                      <w:rtl/>
                    </w:rPr>
                    <w:t>בְּנֵי יִשְׂרָאֵל עָבְרוּ בְּיַם סוּף.</w:t>
                  </w:r>
                </w:p>
              </w:tc>
            </w:tr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36000" cy="811200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66b67ac3a7_330.png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6000" cy="8112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4"/>
                      <w:szCs w:val="34"/>
                      <w:rtl/>
                    </w:rPr>
                    <w:t>בְּבֹקֶר עֶרֶב פֶּסַח שׂוֹרְפִים אֶת הֶחָמֵץ.</w:t>
                  </w:r>
                </w:p>
              </w:tc>
            </w:tr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36000" cy="865091"/>
                        <wp:docPr id="23" name="Picture 2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97d2aaac9a_330.png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6000" cy="865091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4"/>
                      <w:szCs w:val="34"/>
                      <w:rtl/>
                    </w:rPr>
                    <w:t>הַמַּכָּה הַשְּׁנִיָּה הָיְתָה צְפַרְדֵּעַ.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52"/>
                <w:szCs w:val="52"/>
                <w:rtl/>
              </w:rPr>
              <w:t>מָה לָמַדְנוּ?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בְּפֶסַח אוֹכְלִים מַצָּה.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6" name="Picture 2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חֲרֹסֶת הִיא זֵכֶר לַטִּיט.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8" name="Picture 2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עַל הַקְּעָרָה יֵשׁ לֶחֶם.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0" name="Picture 3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1" name="Picture 3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מָרוֹר הוּא יָרָק מָתוֹק.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2" name="Picture 3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3" name="Picture 3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הַקְּעָרָה שֶׁלִּי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צַיְּרוּ אֶת קְעָרַת הַסֵּדֶר וְכִתְבוּ מָה יֵשׁ עָלֶיהָ.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2835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FEF9E7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B8902F"/>
                <w:sz w:val="48"/>
                <w:szCs w:val="48"/>
                <w:rtl/>
              </w:rPr>
              <w:t>★ תְּעוּדַת הִצְטַיְּנוּת ★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sz w:val="36"/>
                <w:szCs w:val="36"/>
                <w:rtl/>
              </w:rPr>
              <w:t>סִיַּמְתִּי לִלְמֹד אֶת הַיְּחִידָה «פֶּסַח». כׇּל הַכָּבוֹד!</w:t>
            </w:r>
          </w:p>
          <w:p>
            <w:pPr>
              <w:bidi/>
              <w:spacing w:before="160" w:after="0"/>
              <w:jc w:val="center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חֲתִימַת הַמּוֹרֶה: ____________________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6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2"/>
                <w:szCs w:val="32"/>
                <w:rtl/>
              </w:rPr>
              <w:t xml:space="preserve">  ·  גּוֹזְרִים וּמַדְבִּיקִים תְּמוּנוֹת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9752" w:type="dxa"/>
        <w:jc w:val="center"/>
        <w:tblCellSpacing w:w="141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876"/>
        <w:gridCol w:w="4876"/>
      </w:tblGrid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527200" cy="2050642"/>
                  <wp:docPr id="34" name="Picture 3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11_col1_700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7200" cy="205064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קְעָרַת הַסֵּדֶר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041200" cy="2052931"/>
                  <wp:docPr id="35" name="Picture 3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11_col2_700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1200" cy="20529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בְּדִיקַת חָמֵץ</w:t>
            </w:r>
          </w:p>
        </w:tc>
      </w:tr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034000" cy="2052660"/>
                  <wp:docPr id="36" name="Picture 3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e3587b71ed_330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4000" cy="20526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מַצָּה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26000" cy="2052000"/>
                  <wp:docPr id="37" name="Picture 3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9f25c302a3_330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000" cy="20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אַרְבַּע כּוֹסוֹת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2"/>
                <w:szCs w:val="32"/>
                <w:rtl/>
              </w:rPr>
              <w:t xml:space="preserve">  ·  סִפּוּר יְצִיאַת מִצְרַיִם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9979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989"/>
        <w:gridCol w:w="4989"/>
      </w:tblGrid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ה' הֵבִיא עֶשֶׂר מַכּוֹת עַל מִצְרַיִם.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בְּנֵי יִשְׂרָאֵל עָבְדוּ קָשֶׁה בְּמִצְרַיִם.</w:t>
            </w:r>
          </w:p>
        </w:tc>
      </w:tr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בְּנֵי יִשְׂרָאֵל יָצְאוּ מִמִּצְרַיִם בִּמְהִירוּת.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מֹשֶׁה אָמַר לְפַרְעֹה: שַׁלַּח אֶת עַמִּי!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Noto Serif Hebrew" w:hAnsi="Noto Serif Hebrew" w:cs="Noto Serif Hebrew" w:eastAsia="Noto Serif Hebrew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Noto Serif Hebrew" w:hAnsi="Noto Serif Hebrew" w:cs="Noto Serif Hebrew" w:eastAsia="Noto Serif Hebrew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erif Hebrew" w:hAnsi="Noto Serif Hebrew" w:cs="Noto Serif Hebrew" w:eastAsia="Noto Serif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jp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