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פֶּסַח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חַג הַחֵרוּת: מַצָּה, מָרוֹר וְסִפּוּר יְצִיאַת מִצְרַיִם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יְצִיאַת מִצְרַיִם, חָמֵץ וּמַצָּה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בְּנֵי יִשְׂרָאֵל הָיוּ עֲבָדִים בְּמִצְרַיִם.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בְּפֶסַח מֻתָּר לֶאֱכֹל לֶחֶם.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מַצָּה הִיא לֶחֶם שֶׁלֹּא תָּפַח.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בּוֹדְקִים חָמֵץ בַּבֹּקֶר שֶׁל הֶחָג.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אוֹכְלִים בְּפֶסַח?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מַאֲכָל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חָמֵץ – אָסוּר בְּפֶסַח: לֶחֶם · עוּגִיָּה · פַּסְטָה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מֻתָּר בְּפֶסַח: מַצָּה · תַּפּוּחַ · בֵּיצָה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סִפּוּר יְצִיאַת מִצְרַיִם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עָבְדוּ קָשֶׁה בְּמִצְרַיִם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מֹשֶׁה אָמַר לְפַרְעֹה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עֶשֶׂר מַכּוֹת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– יָצְאוּ מִמִּצְרַיִם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24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e3587b71ed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מַצָּה  ←  בְּלֵיל הַסֵּדֶר אוֹכְלִים מַצָּה.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89600" cy="39727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1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00" cy="3972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קְעָרַת הַסֵּדֶר  ←  בַּקְּעָרָה יֵשׁ מָרוֹר, חֲרֹסֶת, בֵּיצָה וּזְרוֹעַ.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198000" cy="3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9f25c302a3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אַרְבַּע כּוֹסוֹת  ←  בְּלֵיל הַסֵּדֶר שׁוֹתִים אַרְבַּע כּוֹסוֹת.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2400" cy="39465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1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00" cy="3946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בְּדִיקַת חָמֵץ  ←  בּוֹדְקִים חָמֵץ לְאוֹר נֵר.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: לֵיל הַסֵּדֶר וְהַקְּעָרָה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לָמָּה זֶה בַּקְּעָרָה?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מִכָּל דָּבָר אֶל מָה שֶׁהוּא מַזְכִּיר.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מַצָּה  ←  יָצְאוּ בִּמְהִירוּת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מָרוֹר  ←  זֵכֶר לָעַבְדוּת הַמָּרָה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חֲרֹסֶת  ←  זֵכֶר לַטִּיט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זְרוֹעַ  ←  זֵכֶר לְקָרְבַּן פֶּסַח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מַצּוֹת שָׂמִים עַל הַקְּעָרָה?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שָׁלֹשׁ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טוֹבְלִים בְּמֵי מֶלַח?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כַּרְפַּס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שׁוֹאֵל «מַה נִּשְׁתַּנָּה»?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הַיְּלָדִים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בְּלֵיל הַסֵּדֶר קוֹרְאִים בְּסֵפֶר [הַהַגָּדָה].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אוֹכְלִים יָרָק מַר שֶׁנִּקְרָא [מָרוֹר].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שׁוֹתִים אַרְבַּע [כּוֹסוֹת] שֶׁל יַיִן.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בְּסוֹף הַסְּעוּדָה אוֹכְלִים [אֲפִיקוֹמָן].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13200" cy="39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be676ae0a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בְּבֹקֶר עֶרֶב פֶּסַח שׂוֹרְפִים אֶת הֶחָמֵץ.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2400" cy="39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3bcc4cd37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לִפְנֵי פֶּסַח מְנַקִּים אֶת הַבַּיִת מֵחָמֵץ.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432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6b67ac3a7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הַמַּכָּה הַשְּׁנִיָּה הָיְתָה צְפַרְדֵּעַ.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6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97d2aaac9a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6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 ←  בְּנֵי יִשְׂרָאֵל עָבְרוּ בְּיַם סוּף.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בְּפֶסַח אוֹכְלִים מַצָּה.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חֲרֹסֶת הִיא זֵכֶר לַטִּיט.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עַל הַקְּעָרָה יֵשׁ לֶחֶם.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מָרוֹר הוּא יָרָק מָתוֹק.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הַקְּעָרָה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אֶת קְעָרַת הַסֵּדֶר וְכִתְבוּ מָה יֵשׁ עָלֶיהָ.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