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פּוּרִים</w:t>
            </w:r>
          </w:p>
        </w:tc>
      </w:tr>
    </w:tbl>
    <w:p>
      <w:pPr>
        <w:bidi/>
        <w:spacing w:before="0" w:after="0" w:line="12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פּוּרִים חָל בְּחֹדֶשׁ אֲדָר.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מִשְׁלוֹחַ מָנוֹת שׁוֹלְחִים רַק לַמֶּלֶךְ.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צָרִיךְ לִשְׁמֹעַ כָּל מִלָּה בַּמְּגִלָּה.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עִקַּר סְעוּדַת פּוּרִים הִיא בַּלַּיְלָה.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הָיָה הַמֶּלֶךְ בַּמְּגִלָּה?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אֲחַשְׁוֵרוֹשׁ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דָּוִד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שְׁלֹמֹה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בְּרָכוֹת מְבָרְכִים לִפְנֵי הַמְּגִלָּה?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שְׁתַּיִם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שָׁלוֹשׁ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אַרְבַּע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מַתְאִים לְמִשְׁלוֹחַ מָנוֹת?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כַּדּוּר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מַחְבֶּרֶת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עוּגִיּוֹת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לְכַמָּה עֲנִיִּים נוֹתְנִים לְפָחוֹת?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לִשְׁנַיִם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לְאֶחָד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לְאַף אֶחָד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הַשֵּׁם לַתֵּאוּר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מָרְדֳּכַי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הַמֶּלֶךְ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הָמָן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הָרָשָׁע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אֶסְתֵּר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הַצַּדִּיק שֶׁלֹּא הִשְׁתַּחֲוָה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אֲחַשְׁוֵרוֹשׁ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הַמַּלְכָּה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מְגִלָּה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רַעֲשָׁן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מָנוֹת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נֵס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בְּפוּרִים קוֹרְאִים אֶת ____________ אֶסְתֵּר.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כְּשֶׁשּׁוֹמְעִים אֶת הַשֵּׁם הָמָן, מְסוֹבְבִים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לְחָבֵר שׁוֹלְחִים מִשְׁלוֹחַ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הַקָּדוֹשׁ בָּרוּךְ הוּא עָשָׂה ____________ גָּדוֹל.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לָמָּה חָשׁוּב לָתֵת מַתָּנוֹת לָאֶבְיוֹנִים בְּפוּרִים?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