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</w:pPr>
      <w:r>
        <w:rPr>
          <w:rFonts w:ascii="Frank Ruhl Libre" w:hAnsi="Frank Ruhl Libre" w:cs="Frank Ruhl Libre" w:eastAsia="Frank Ruhl Libre"/>
          <w:b/>
          <w:bCs/>
          <w:color w:val="555555"/>
          <w:sz w:val="24"/>
          <w:szCs w:val="24"/>
          <w:rtl/>
        </w:rPr>
        <w:t/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E2C47A"/>
                <w:sz w:val="32"/>
                <w:szCs w:val="32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בּוֹחַן – פּוּרִים – מַחְוֶן</w:t>
            </w:r>
          </w:p>
        </w:tc>
      </w:tr>
    </w:tbl>
    <w:p>
      <w:pPr>
        <w:bidi/>
        <w:spacing w:before="0" w:after="0" w:line="12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א. נָכוֹן אוֹ לֹא נָכוֹן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. פּוּרִים חָל בְּחֹדֶשׁ אֲדָר.  ← 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. מִשְׁלוֹחַ מָנוֹת שׁוֹלְחִים רַק לַמֶּלֶךְ.  ←  לֹא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. צָרִיךְ לִשְׁמֹעַ כָּל מִלָּה בַּמְּגִלָּה.  ← 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. עִקַּר סְעוּדַת פּוּרִים הִיא בַּלַּיְלָה.  ←  לֹא נָכוֹן</w:t>
            </w:r>
          </w:p>
        </w:tc>
      </w:tr>
    </w:tbl>
    <w:p>
      <w:pPr>
        <w:bidi/>
        <w:spacing w:before="0" w:after="0" w:line="16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ב. הַקִּיפוּ אֶת הַתְּשׁוּבָה הַנְּכוֹנָה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מִי הָיָה הַמֶּלֶךְ בַּמְּגִלָּה?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color w:val="1E8449"/>
                <w:sz w:val="32"/>
                <w:szCs w:val="32"/>
                <w:rtl/>
              </w:rPr>
              <w:t>✔ אֲחַשְׁוֵרוֹשׁ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כַּמָּה בְּרָכוֹת מְבָרְכִים לִפְנֵי הַמְּגִלָּה?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color w:val="1E8449"/>
                <w:sz w:val="32"/>
                <w:szCs w:val="32"/>
                <w:rtl/>
              </w:rPr>
              <w:t>✔ שָׁלוֹשׁ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מָה מַתְאִים לְמִשְׁלוֹחַ מָנוֹת?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color w:val="1E8449"/>
                <w:sz w:val="32"/>
                <w:szCs w:val="32"/>
                <w:rtl/>
              </w:rPr>
              <w:t>✔ עוּגִיּוֹת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4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לְכַמָּה עֲנִיִּים נוֹתְנִים לְפָחוֹת?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color w:val="1E8449"/>
                <w:sz w:val="32"/>
                <w:szCs w:val="32"/>
                <w:rtl/>
              </w:rPr>
              <w:t>✔ לִשְׁנַיִם</w:t>
            </w:r>
          </w:p>
        </w:tc>
      </w:tr>
    </w:tbl>
    <w:p>
      <w:pPr>
        <w:bidi/>
        <w:spacing w:before="0" w:after="0" w:line="16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ג. מִתְחוּ קַו בֵּין הַשֵּׁם לַתֵּאוּר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מָרְדֳּכַי  ←  הַצַּדִּיק שֶׁלֹּא הִשְׁתַּחֲוָה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הָמָן  ←  הָרָשָׁע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אֶסְתֵּר  ←  הַמַּלְכָּה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אֲחַשְׁוֵרוֹשׁ  ←  הַמֶּלֶךְ</w:t>
            </w:r>
          </w:p>
        </w:tc>
      </w:tr>
    </w:tbl>
    <w:p>
      <w:pPr>
        <w:bidi/>
        <w:spacing w:before="0" w:after="0" w:line="16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4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ד. הַשְׁלִימוּ אֶת הַמִּשְׁפָּטִים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בְּפוּרִים קוֹרְאִים אֶת [מְגִלָּה] אֶסְתֵּר.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כְּשֶׁשּׁוֹמְעִים אֶת הַשֵּׁם הָמָן, מְסוֹבְבִים [רַעֲשָׁן].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לְחָבֵר שׁוֹלְחִים מִשְׁלוֹחַ [מָנוֹת].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הַקָּדוֹשׁ בָּרוּךְ הוּא עָשָׂה [נֵס] גָּדוֹל.</w:t>
            </w:r>
          </w:p>
        </w:tc>
      </w:tr>
    </w:tbl>
    <w:p>
      <w:pPr>
        <w:bidi/>
        <w:spacing w:before="0" w:after="0" w:line="16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ה. שְׁאֵלָה פְּתוּחָה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12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נְקוּדוֹת)</w:t>
            </w:r>
          </w:p>
          <w:p>
            <w:pPr>
              <w:bidi/>
              <w:spacing w:before="0" w:after="40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לָמָּה חָשׁוּב לָתֵת מַתָּנוֹת לָאֶבְיוֹנִים בְּפוּרִים?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color w:val="1E8449"/>
                <w:sz w:val="32"/>
                <w:szCs w:val="32"/>
                <w:rtl/>
              </w:rPr>
              <w:t>תשובה אפשרית: כְּדֵי שֶׁגַּם הָעֲנִיִּים יִשְׂמְחוּ בְּפוּרִים. אֵין שִׂמְחָה גְּדוֹלָה יוֹתֵר לִפְנֵי הַקָּדוֹשׁ בָּרוּךְ הוּא מִלְּשַׂמֵּחַ לֵב עֲנִיִּים.</w:t>
            </w:r>
          </w:p>
        </w:tc>
      </w:tr>
    </w:tbl>
    <w:p>
      <w:pPr>
        <w:bidi/>
        <w:spacing w:before="0" w:after="0" w:line="16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Frank Ruhl Libre" w:hAnsi="Frank Ruhl Libre" w:cs="Frank Ruhl Libre" w:eastAsia="Frank Ruhl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</w:pPr>
    <w:r>
      <w:rPr>
        <w:rFonts w:ascii="Frank Ruhl Libre" w:hAnsi="Frank Ruhl Libre" w:cs="Frank Ruhl Libre" w:eastAsia="Frank Ruhl Libre"/>
        <w:b/>
        <w:bCs/>
        <w:color w:val="555555"/>
        <w:sz w:val="24"/>
        <w:szCs w:val="24"/>
        <w:rtl/>
      </w:rPr>
      <w:t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Frank Ruhl Libre" w:hAnsi="Frank Ruhl Libre" w:cs="Frank Ruhl Libre" w:eastAsia="Frank Ruhl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