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פּוּרִים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FFFFFF"/>
                <w:sz w:val="38"/>
                <w:szCs w:val="38"/>
                <w:rtl/>
              </w:rPr>
              <w:t>יוֹם שֶׁל נֵס, שִׂמְחָה וּנְתִינָה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: סִפּוּר הַמְּגִלָּה וּבִרְכוֹתֶיהָ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הָמָן רָצָה לַעֲזֹר לַיְּהוּדִים.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שׁוֹמְעִים אֶת הַמְּגִלָּה בַּלַּיְלָה וּבַיּוֹם.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לִפְנֵי הַמְּגִלָּה מְבָרְכִים שָׁלוֹשׁ בְּרָכוֹת.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מֻתָּר לְדַבֵּר בִּזְמַן קְרִיאַת הַמְּגִלָּה.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סִפּוּר הַמְּגִלָּה לְפִי הַסֵּדֶר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אֶסְתֵּר נַעֲשְׂתָה מַלְכָּה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הָמָן רָצָה לַהֲרֹג אֶת הַיְּהוּדִים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אֶסְתֵּר בִּקְּשָׁה מֵהַמֶּלֶךְ לְהַצִּיל אֶת עַמָּהּ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הַיְּהוּדִים נִצְּלוּ וְשָׂמְחוּ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בַּחֲרוּ אֶת הַתְּשׁוּבָה הַנְּכוֹנָה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הַקִּיפוּ תְּשׁוּבָה אַחַת.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אוֹמְרִים לִפְנֵי קְרִיאַת הַמְּגִלָּה?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שָׁלוֹשׁ בְּרָכוֹת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עוֹשִׂים כְּשֶׁשּׁוֹמְעִים אֶת הַשֵּׁם הָמָן?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מַרְעִישִׁים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מָתַי שׁוֹמְעִים אֶת הַמְּגִלָּה?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בַּלַּיְלָה וּבַיּוֹם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סֵפֶר כָּתוּב עַל קְלָף, מְגֻלְגָּל כְּמוֹ גְּלִיל.  ←  מְגִלָּה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דָּבָר נִפְלָא שֶׁהַקָּדוֹשׁ בָּרוּךְ הוּא עוֹשֶׂה.  ←  נֵס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אָדָם עָנִי מְאֹד.  ←  אֶבְיוֹן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מִינֵי אֹכֶל מוּכָנִים לַאֲכִילָה.  ←  מָנוֹת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: מִצְווֹת יוֹם הַפּוּרִים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מָה עוֹשִׂים בְּפוּרִים?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מִתְחוּ קַו בֵּין הַמִּצְוָה לְמָה שֶׁעוֹשִׂים.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מִשְׁלוֹחַ מָנוֹת  ←  שְׁנֵי מִינֵי אֹכֶל לְחָבֵר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מַתָּנוֹת לָאֶבְיוֹנִים  ←  כֶּסֶף אוֹ אֹכֶל לֶעָנִי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סְעוּדַת פּוּרִים  ←  אֲרוּחָה שְׂמֵחָה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מְגִלָּה  ←  שׁוֹמְעִים כָּל מִלָּה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מָה מַתְאִים לְמִשְׁלוֹחַ מָנוֹת?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כִּתְבוּ כָּל מִלָּה בַּמָּקוֹם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מַתְאִים לְמִשְׁלוֹחַ מָנוֹת: עוּגָה · תַּפּוּחַ · סֻכָּרִיּוֹת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לֹא מַתְאִים לְמִשְׁלוֹחַ מָנוֹת: בָּשָׂר חַי · קֶמַח · עִפָּרוֹן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7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בְּמִשְׁלוֹחַ מָנוֹת שׁוֹלְחִים [שְׁנֵי] מִינֵי אֹכֶל.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מַתָּנוֹת לָאֶבְיוֹנִים נוֹתְנִים לִשְׁנֵי [עֲנִיִּים].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אֶת סְעוּדַת פּוּרִים אוֹכְלִים [בַּיּוֹם].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פּוּרִים הוּא יוֹם שֶׁל [שִׂמְחָה] גְּדוֹלָה.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8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81600" cy="39475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628a37c39c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600" cy="3947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מַטְבְּעוֹת  ←  נוֹתְנִים מַתָּנוֹת לָאֶבְיוֹנִים.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298800" cy="393898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0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" cy="3938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מִשְׁלוֹחַ מָנוֹת  ←  אֲנִי שׁוֹלֵחַ שְׁתֵּי מָנוֹת לְחָבֵר.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60800" cy="39517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57b33ed75a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800" cy="3951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תַּחְפֹּשֶׂת  ←  בְּפוּרִים מִתְחַפְּשִׂים וּשְׂמֵחִים.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03999" cy="39527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0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3952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מְגִלָּה וְרַעֲשָׁן  ←  שׁוֹמְעִים כָּל מִלָּה בַּמְּגִלָּה.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בַּחֲרוּ אֶת הַתְּשׁוּבָה הַנְּכוֹנָה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הַקִּיפוּ תְּשׁוּבָה אַחַת.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כַּמָּה מָנוֹת שׁוֹלְחִים לְחָבֵר?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שְׁתֵּי מָנוֹת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מִי הָיָה הָרָשָׁע בַּמְּגִלָּה?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הָמָן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לְמִי נוֹתְנִים מַתָּנוֹת לָאֶבְיוֹנִים?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לָעֲנִיִּים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הַמִּשְׁלוֹחַ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צַיְּרוּ אֶת מִשְׁלוֹחַ הַמָּנוֹת שֶׁתִּשְׁלְחוּ, וְכִתְבוּ לְמִי.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