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right"/>
      </w:pPr>
      <w:r>
        <w:rPr>
          <w:rFonts w:ascii="Alef" w:hAnsi="Alef" w:cs="Alef" w:eastAsia="Alef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1F3A5F"/>
            <w:tcMar>
              <w:top w:w="198" w:type="dxa"/>
              <w:left w:w="198" w:type="dxa"/>
              <w:bottom w:w="198" w:type="dxa"/>
              <w:right w:w="19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E2C47A"/>
                <w:sz w:val="36"/>
                <w:szCs w:val="36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80"/>
                <w:szCs w:val="80"/>
                <w:rtl/>
              </w:rPr>
              <w:t>סְפִירַת הָעֹמֶר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color w:val="FFFFFF"/>
                <w:sz w:val="38"/>
                <w:szCs w:val="38"/>
                <w:rtl/>
              </w:rPr>
              <w:t>סוֹפְרִים יוֹם אַחַר יוֹם עַד מַתַּן תּוֹרָה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92000" cy="42366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_172_None_Fals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4236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0" w:space="0" w:color="B8902F"/>
              <w:left w:val="single" w:sz="10" w:space="0" w:color="B8902F"/>
              <w:bottom w:val="single" w:sz="10" w:space="0" w:color="B8902F"/>
              <w:right w:val="single" w:sz="10" w:space="0" w:color="B8902F"/>
            </w:tcBorders>
            <w:shd w:val="clear" w:color="auto" w:fill="F6EEDD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34"/>
                <w:szCs w:val="34"/>
                <w:rtl/>
              </w:rPr>
              <w:t>חוֹבֶרֶת עֲבוֹדָה לַתַּלְמִיד · לְפִי תּוֹכְנִית הַלִּימוּדִים בַּהֲלָכָה – חמ"ד</w:t>
            </w:r>
          </w:p>
        </w:tc>
      </w:tr>
    </w:tbl>
    <w:p>
      <w:pPr>
        <w:bidi/>
        <w:spacing w:before="200" w:after="0"/>
        <w:jc w:val="center"/>
      </w:pPr>
      <w:r>
        <w:rPr>
          <w:rFonts w:ascii="Alef" w:hAnsi="Alef" w:cs="Alef" w:eastAsia="Alef"/>
          <w:b/>
          <w:bCs/>
          <w:color w:val="1F3A5F"/>
          <w:sz w:val="34"/>
          <w:szCs w:val="34"/>
          <w:rtl/>
        </w:rPr>
        <w:t>שֵׁם פְּרָטִי ___________   שֵׁם מִשְׁפָּחָה ___________   כִּתָּה _____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FFFFFF"/>
                <w:sz w:val="52"/>
                <w:szCs w:val="52"/>
                <w:rtl/>
              </w:rPr>
              <w:t>תּוֹכֶן הָעִנְיָנִים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092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680"/>
        <w:gridCol w:w="7711"/>
        <w:gridCol w:w="1701"/>
      </w:tblGrid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sz w:val="38"/>
                <w:szCs w:val="38"/>
                <w:rtl/>
              </w:rPr>
              <w:t>מָבוֹא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F3A5F"/>
                <w:sz w:val="36"/>
                <w:szCs w:val="36"/>
                <w:rtl/>
              </w:rPr>
              <w:t>3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2980B9"/>
              <w:left w:val="single" w:sz="8" w:space="0" w:color="2980B9"/>
              <w:bottom w:val="single" w:sz="8" w:space="0" w:color="2980B9"/>
              <w:right w:val="single" w:sz="8" w:space="0" w:color="2980B9"/>
            </w:tcBorders>
            <w:shd w:val="clear" w:color="auto" w:fill="2980B9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sz w:val="38"/>
                <w:szCs w:val="38"/>
                <w:rtl/>
              </w:rPr>
              <w:t>1</w:t>
            </w:r>
            <w:r>
              <w:rPr>
                <w:rFonts w:ascii="Alef" w:hAnsi="Alef" w:cs="Alef" w:eastAsia="Alef"/>
                <w:b/>
                <w:bCs/>
                <w:sz w:val="38"/>
                <w:szCs w:val="38"/>
                <w:rtl/>
              </w:rPr>
              <w:t>: סוֹפְרִים אֶת הָעֹמֶר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2980B9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2980B9"/>
                <w:sz w:val="36"/>
                <w:szCs w:val="36"/>
                <w:rtl/>
              </w:rPr>
              <w:t>4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27AE60"/>
              <w:left w:val="single" w:sz="8" w:space="0" w:color="27AE60"/>
              <w:bottom w:val="single" w:sz="8" w:space="0" w:color="27AE60"/>
              <w:right w:val="single" w:sz="8" w:space="0" w:color="27AE60"/>
            </w:tcBorders>
            <w:shd w:val="clear" w:color="auto" w:fill="27AE60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sz w:val="38"/>
                <w:szCs w:val="38"/>
                <w:rtl/>
              </w:rPr>
              <w:t>2</w:t>
            </w:r>
            <w:r>
              <w:rPr>
                <w:rFonts w:ascii="Alef" w:hAnsi="Alef" w:cs="Alef" w:eastAsia="Alef"/>
                <w:b/>
                <w:bCs/>
                <w:sz w:val="38"/>
                <w:szCs w:val="38"/>
                <w:rtl/>
              </w:rPr>
              <w:t>: יְמֵי אֲבֵלוּת וּפִרְקֵי אָבוֹת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27AE60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27AE60"/>
                <w:sz w:val="36"/>
                <w:szCs w:val="36"/>
                <w:rtl/>
              </w:rPr>
              <w:t>7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sz w:val="38"/>
                <w:szCs w:val="38"/>
                <w:rtl/>
              </w:rPr>
              <w:t>מָה לָמַדְנוּ? – חֲזָרָה וּתְעוּדָה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7D3C98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7D3C98"/>
                <w:sz w:val="36"/>
                <w:szCs w:val="36"/>
                <w:rtl/>
              </w:rPr>
              <w:t>10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sz w:val="38"/>
                <w:szCs w:val="38"/>
                <w:rtl/>
              </w:rPr>
              <w:t>דַּף גְּזִירָה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566573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566573"/>
                <w:sz w:val="36"/>
                <w:szCs w:val="36"/>
                <w:rtl/>
              </w:rPr>
              <w:t>11</w:t>
            </w:r>
          </w:p>
        </w:tc>
      </w:tr>
    </w:tbl>
    <w:p>
      <w:pPr>
        <w:bidi/>
        <w:spacing w:before="0" w:after="0" w:line="28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780000" cy="472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2_105_None_Fals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472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80" w:after="0"/>
        <w:jc w:val="center"/>
      </w:pPr>
      <w:r>
        <w:rPr>
          <w:rFonts w:ascii="Alef" w:hAnsi="Alef" w:cs="Alef" w:eastAsia="Alef"/>
          <w:b/>
          <w:bCs/>
          <w:color w:val="1F3A5F"/>
          <w:sz w:val="34"/>
          <w:szCs w:val="34"/>
          <w:rtl/>
        </w:rPr>
        <w:t>פִּנַּת צְבִיעָה: צַבְּעוּ אֶת הַתְּמוּנָה!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B8902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FFFFFF"/>
                <w:sz w:val="52"/>
                <w:szCs w:val="52"/>
                <w:rtl/>
              </w:rPr>
              <w:t>מָבוֹא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120" w:line="276" w:lineRule="auto"/>
        <w:jc w:val="both"/>
      </w:pPr>
      <w:r>
        <w:rPr>
          <w:rFonts w:ascii="Alef" w:hAnsi="Alef" w:cs="Alef" w:eastAsia="Alef"/>
          <w:sz w:val="36"/>
          <w:szCs w:val="36"/>
          <w:rtl/>
        </w:rPr>
        <w:t>בַּחוֹבֶרֶת הַזֹּאת נִלְמַד עַל סְפִירַת הָעֹמֶר.</w:t>
      </w:r>
    </w:p>
    <w:p>
      <w:pPr>
        <w:bidi/>
        <w:spacing w:before="0" w:after="120" w:line="276" w:lineRule="auto"/>
        <w:jc w:val="both"/>
      </w:pPr>
      <w:r>
        <w:rPr>
          <w:rFonts w:ascii="Alef" w:hAnsi="Alef" w:cs="Alef" w:eastAsia="Alef"/>
          <w:sz w:val="36"/>
          <w:szCs w:val="36"/>
          <w:rtl/>
        </w:rPr>
        <w:t>נִלְמַד מָתַי סוֹפְרִים וְאֵיךְ סוֹפְרִים.</w:t>
      </w:r>
    </w:p>
    <w:p>
      <w:pPr>
        <w:bidi/>
        <w:spacing w:before="0" w:after="120" w:line="276" w:lineRule="auto"/>
        <w:jc w:val="both"/>
      </w:pPr>
      <w:r>
        <w:rPr>
          <w:rFonts w:ascii="Alef" w:hAnsi="Alef" w:cs="Alef" w:eastAsia="Alef"/>
          <w:sz w:val="36"/>
          <w:szCs w:val="36"/>
          <w:rtl/>
        </w:rPr>
        <w:t>נִלְמַד גַּם עַל מִנְהֲגֵי הָאֲבֵלוּת וְעַל פִּרְקֵי אָבוֹת.</w:t>
      </w:r>
    </w:p>
    <w:p>
      <w:pPr>
        <w:bidi/>
        <w:spacing w:before="0" w:after="0" w:line="12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00000" cy="431052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tro_175_None_Fals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43105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3E0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A04000"/>
                <w:sz w:val="34"/>
                <w:szCs w:val="34"/>
                <w:rtl/>
              </w:rPr>
              <w:t xml:space="preserve">✂ </w:t>
            </w:r>
            <w:r>
              <w:rPr>
                <w:rFonts w:ascii="Alef" w:hAnsi="Alef" w:cs="Alef" w:eastAsia="Alef"/>
                <w:b/>
                <w:bCs/>
                <w:color w:val="A04000"/>
                <w:sz w:val="34"/>
                <w:szCs w:val="34"/>
                <w:rtl/>
              </w:rPr>
              <w:t xml:space="preserve">דַּף הַגְּזִירָה נִמְצָא בְּסוֹף הַחוֹבֶרֶת. מַדְפִּיסִים אוֹתוֹ בְּצַד אֶחָד שֶׁל הַדַּף. דַּף הַגְּזִירָה: עַמּוּד </w:t>
            </w:r>
            <w:r>
              <w:rPr>
                <w:rFonts w:ascii="Noto Sans" w:hAnsi="Noto Sans" w:cs="Noto Sans" w:eastAsia="Noto Sans"/>
                <w:b/>
                <w:bCs/>
                <w:color w:val="A04000"/>
                <w:sz w:val="34"/>
                <w:szCs w:val="34"/>
                <w:rtl/>
              </w:rPr>
              <w:t>11</w:t>
            </w:r>
            <w:r>
              <w:rPr>
                <w:rFonts w:ascii="Alef" w:hAnsi="Alef" w:cs="Alef" w:eastAsia="Alef"/>
                <w:b/>
                <w:bCs/>
                <w:color w:val="A04000"/>
                <w:sz w:val="34"/>
                <w:szCs w:val="34"/>
                <w:rtl/>
              </w:rPr>
              <w:t>.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2980B9"/>
              <w:left w:val="single" w:sz="14" w:space="0" w:color="2980B9"/>
              <w:bottom w:val="single" w:sz="14" w:space="0" w:color="2980B9"/>
              <w:right w:val="single" w:sz="14" w:space="0" w:color="2980B9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2980B9"/>
              <w:left w:val="single" w:sz="14" w:space="0" w:color="2980B9"/>
              <w:bottom w:val="single" w:sz="14" w:space="0" w:color="2980B9"/>
              <w:right w:val="single" w:sz="14" w:space="0" w:color="2980B9"/>
            </w:tcBorders>
            <w:shd w:val="clear" w:color="auto" w:fill="2980B9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48"/>
                <w:szCs w:val="48"/>
                <w:rtl/>
              </w:rPr>
              <w:t>סוֹפְרִים אֶת הָעֹמֶר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6" w:space="0" w:color="F0B429"/>
              <w:left w:val="single" w:sz="16" w:space="0" w:color="F0B429"/>
              <w:bottom w:val="single" w:sz="16" w:space="0" w:color="F0B429"/>
              <w:right w:val="single" w:sz="16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2980B9"/>
                <w:sz w:val="38"/>
                <w:szCs w:val="38"/>
                <w:rtl/>
              </w:rPr>
              <w:t xml:space="preserve">✦ </w:t>
            </w:r>
            <w:r>
              <w:rPr>
                <w:rFonts w:ascii="Alef" w:hAnsi="Alef" w:cs="Alef" w:eastAsia="Alef"/>
                <w:b/>
                <w:bCs/>
                <w:color w:val="2980B9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מִפֶּסַח עַד שָׁבוּעוֹת סוֹפְרִים אַרְבָּעִים וְתִשְׁעָה יָמִים, וּמְחַכִּים לַתּוֹרָה.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מַתְחִילִים לִסְפֹּר בַּלַּיְלָה הַשֵּׁנִי שֶׁל פֶּסַח.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סוֹפְרִים בַּלַּיְלָה, אַחֲרֵי צֵאת הַכּוֹכָבִים, וְעוֹמְדִים.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מִי שֶׁשָּׁכַח בַּלַּיְלָה, סוֹפֵר בַּיּוֹם בְּלִי בְּרָכָה.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14"/>
              <w:gridCol w:w="7938"/>
            </w:tblGrid>
            <w:tr>
              <w:trPr>
                <w:cantSplit/>
              </w:trPr>
              <w:tc>
                <w:tcPr>
                  <w:tcW w:type="dxa" w:w="5159"/>
                  <w:tcW w:w="1814" w:type="dxa"/>
                  <w:tcBorders>
                    <w:top w:val="single" w:sz="8" w:space="0" w:color="2980B9"/>
                    <w:left w:val="single" w:sz="8" w:space="0" w:color="2980B9"/>
                    <w:bottom w:val="single" w:sz="8" w:space="0" w:color="2980B9"/>
                    <w:right w:val="single" w:sz="8" w:space="0" w:color="2980B9"/>
                  </w:tcBorders>
                  <w:shd w:val="clear" w:color="auto" w:fill="2980B9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938" w:type="dxa"/>
                  <w:tcBorders>
                    <w:top w:val="dashed" w:sz="8" w:space="0" w:color="2980B9"/>
                    <w:left w:val="dashed" w:sz="8" w:space="0" w:color="2980B9"/>
                    <w:bottom w:val="dashed" w:sz="8" w:space="0" w:color="2980B9"/>
                    <w:right w:val="dashed" w:sz="8" w:space="0" w:color="2980B9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עֹמֶר</w:t>
                  </w:r>
                  <w:r>
                    <w:rPr>
                      <w:rFonts w:ascii="Alef" w:hAnsi="Alef" w:cs="Alef" w:eastAsia="Alef"/>
                      <w:sz w:val="32"/>
                      <w:szCs w:val="32"/>
                      <w:rtl/>
                    </w:rPr>
                    <w:t xml:space="preserve"> – מִנְחָה שֶׁל שְׂעוֹרִים בְּבֵית הַמִּקְדָּשׁ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צֵאת הַכּוֹכָבִים</w:t>
                  </w:r>
                  <w:r>
                    <w:rPr>
                      <w:rFonts w:ascii="Alef" w:hAnsi="Alef" w:cs="Alef" w:eastAsia="Alef"/>
                      <w:sz w:val="32"/>
                      <w:szCs w:val="32"/>
                      <w:rtl/>
                    </w:rPr>
                    <w:t xml:space="preserve"> – כְּשֶׁחֹשֶׁךְ וְרוֹאִים כּוֹכָבִים בַּשָּׁמַיִם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מְעֻמָּד</w:t>
                  </w:r>
                  <w:r>
                    <w:rPr>
                      <w:rFonts w:ascii="Alef" w:hAnsi="Alef" w:cs="Alef" w:eastAsia="Alef"/>
                      <w:sz w:val="32"/>
                      <w:szCs w:val="32"/>
                      <w:rtl/>
                    </w:rPr>
                    <w:t xml:space="preserve"> – בַּעֲמִידָה, עַל הָרַגְלַיִם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8" w:space="0" w:color="1F618D"/>
              <w:left w:val="double" w:sz="18" w:space="0" w:color="1F618D"/>
              <w:bottom w:val="double" w:sz="18" w:space="0" w:color="1F618D"/>
              <w:right w:val="double" w:sz="18" w:space="0" w:color="1F618D"/>
            </w:tcBorders>
            <w:shd w:val="clear" w:color="auto" w:fill="EEF6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618D"/>
                <w:sz w:val="32"/>
                <w:szCs w:val="32"/>
                <w:rtl/>
              </w:rPr>
              <w:t>מִן הַמְּקוֹרוֹת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Noto Serif Hebrew" w:hAnsi="Noto Serif Hebrew" w:cs="Noto Serif Hebrew" w:eastAsia="Noto Serif Hebrew"/>
                <w:color w:val="1B2631"/>
                <w:sz w:val="34"/>
                <w:szCs w:val="34"/>
                <w:rtl/>
              </w:rPr>
              <w:t>«בְּלֵיל שֵׁנִי שֶׁל פֶּסַח, מַתְחִילִין לִסְפֹּר סְפִירַת הָעֹמֶר. וְסוֹפְרִין מְעֻמָּד.»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color w:val="555555"/>
                <w:sz w:val="26"/>
                <w:szCs w:val="26"/>
                <w:rtl/>
              </w:rPr>
              <w:t>(קִצּוּר שֻׁלְחָן עָרוּךְ, סִימָן קכ, סָעִיף א)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1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Alef" w:hAnsi="Alef" w:cs="Alef" w:eastAsia="Alef"/>
                      <w:sz w:val="36"/>
                      <w:szCs w:val="36"/>
                      <w:rtl/>
                    </w:rPr>
                    <w:t>. סוֹפְרִים אֶת הָעֹמֶר בַּלַּיְלָה.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Alef" w:hAnsi="Alef" w:cs="Alef" w:eastAsia="Alef"/>
                      <w:sz w:val="36"/>
                      <w:szCs w:val="36"/>
                      <w:rtl/>
                    </w:rPr>
                    <w:t>. סוֹפְרִים אֶת הָעֹמֶר בִּישִׁיבָה.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Alef" w:hAnsi="Alef" w:cs="Alef" w:eastAsia="Alef"/>
                      <w:sz w:val="36"/>
                      <w:szCs w:val="36"/>
                      <w:rtl/>
                    </w:rPr>
                    <w:t>. סוֹפְרִים אַרְבָּעִים וְתִשְׁעָה יָמִים.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1" name="Picture 1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Alef" w:hAnsi="Alef" w:cs="Alef" w:eastAsia="Alef"/>
                      <w:sz w:val="36"/>
                      <w:szCs w:val="36"/>
                      <w:rtl/>
                    </w:rPr>
                    <w:t>. מַתְחִילִים לִסְפֹּר בְּחַג שָׁבוּעוֹת.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3" name="Picture 1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4" name="Picture 1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2980B9"/>
              <w:left w:val="single" w:sz="14" w:space="0" w:color="2980B9"/>
              <w:bottom w:val="single" w:sz="14" w:space="0" w:color="2980B9"/>
              <w:right w:val="single" w:sz="14" w:space="0" w:color="2980B9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2980B9"/>
              <w:left w:val="single" w:sz="14" w:space="0" w:color="2980B9"/>
              <w:bottom w:val="single" w:sz="14" w:space="0" w:color="2980B9"/>
              <w:right w:val="single" w:sz="14" w:space="0" w:color="2980B9"/>
            </w:tcBorders>
            <w:shd w:val="clear" w:color="auto" w:fill="2980B9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48"/>
                <w:szCs w:val="48"/>
                <w:rtl/>
              </w:rPr>
              <w:t>סוֹפְרִים אֶת הָעֹמֶר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2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מָה הַסֵּדֶר?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גִּזְרוּ אֶת הַכַּרְטִיסִים מִדַּף הַגְּזִירָה וְהַדְבִּיקוּ לְפִי הַסֵּדֶר.</w:t>
            </w:r>
          </w:p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Alef" w:hAnsi="Alef" w:cs="Alef" w:eastAsia="Alef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11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997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979"/>
            </w:tblGrid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2980B9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Alef" w:hAnsi="Alef" w:cs="Alef" w:eastAsia="Alef"/>
                      <w:b/>
                      <w:bCs/>
                      <w:color w:val="2980B9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2980B9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Alef" w:hAnsi="Alef" w:cs="Alef" w:eastAsia="Alef"/>
                      <w:b/>
                      <w:bCs/>
                      <w:color w:val="2980B9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2980B9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Alef" w:hAnsi="Alef" w:cs="Alef" w:eastAsia="Alef"/>
                      <w:b/>
                      <w:bCs/>
                      <w:color w:val="2980B9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2980B9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Alef" w:hAnsi="Alef" w:cs="Alef" w:eastAsia="Alef"/>
                      <w:b/>
                      <w:bCs/>
                      <w:color w:val="2980B9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3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בַּחֲרוּ מִלָּה מִן הַמַּחְסָן.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Alef" w:hAnsi="Alef" w:cs="Alef" w:eastAsia="Alef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לַיְלָה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בְּרָכָה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שָׁבוּעוֹת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פֶּסַח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מַתְחִילִים לִסְפֹּר בַּלַּיְלָה הַשֵּׁנִי שֶׁל ____________.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סוֹפְרִים עַד חַג ____________.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סוֹפְרִים כָּל ____________ אַחֲרֵי צֵאת הַכּוֹכָבִים.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שָׁכַחְתִּי בַּלַּיְלָה? סוֹפְרִים בַּיּוֹם בְּלִי ____________.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2980B9"/>
              <w:left w:val="single" w:sz="14" w:space="0" w:color="2980B9"/>
              <w:bottom w:val="single" w:sz="14" w:space="0" w:color="2980B9"/>
              <w:right w:val="single" w:sz="14" w:space="0" w:color="2980B9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2980B9"/>
              <w:left w:val="single" w:sz="14" w:space="0" w:color="2980B9"/>
              <w:bottom w:val="single" w:sz="14" w:space="0" w:color="2980B9"/>
              <w:right w:val="single" w:sz="14" w:space="0" w:color="2980B9"/>
            </w:tcBorders>
            <w:shd w:val="clear" w:color="auto" w:fill="2980B9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48"/>
                <w:szCs w:val="48"/>
                <w:rtl/>
              </w:rPr>
              <w:t>סוֹפְרִים אֶת הָעֹמֶר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4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בֵּאוּרֵי מִלִּים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קִרְאוּ אֶת הַפֵּרוּשׁ. כִּתְבוּ אֶת הַמִּלָּה הַמַּתְאִימָה מִן הַמַּחְסָן.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Alef" w:hAnsi="Alef" w:cs="Alef" w:eastAsia="Alef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אֲבֵלוּת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מִסְתַּפְּרִים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עֹמֶר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צֵאת הַכּוֹכָבִים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9865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6463"/>
              <w:gridCol w:w="3402"/>
            </w:tblGrid>
            <w:tr>
              <w:trPr>
                <w:trHeight w:val="793" w:hRule="atLeast"/>
                <w:cantSplit/>
              </w:trPr>
              <w:tc>
                <w:tcPr>
                  <w:tcW w:type="dxa" w:w="5159"/>
                  <w:tcW w:w="6463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EEF6FF"/>
                  <w:tcMar>
                    <w:top w:w="17" w:type="dxa"/>
                    <w:left w:w="85" w:type="dxa"/>
                    <w:bottom w:w="17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צַעַר עַל מִי שֶׁמֵּת</w:t>
                  </w:r>
                </w:p>
              </w:tc>
              <w:tc>
                <w:tcPr>
                  <w:tcW w:type="dxa" w:w="5159"/>
                  <w:tcW w:w="3402" w:type="dxa"/>
                  <w:tcBorders>
                    <w:top w:val="nil" w:sz="0" w:space="0" w:color="FFFFFF"/>
                    <w:left w:val="nil" w:sz="0" w:space="0" w:color="FFFFFF"/>
                    <w:bottom w:val="dotted" w:sz="8" w:space="0" w:color="555555"/>
                    <w:right w:val="nil" w:sz="0" w:space="0" w:color="FFFFFF"/>
                  </w:tcBorders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793" w:hRule="atLeast"/>
                <w:cantSplit/>
              </w:trPr>
              <w:tc>
                <w:tcPr>
                  <w:tcW w:type="dxa" w:w="5159"/>
                  <w:tcW w:w="6463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EEF6FF"/>
                  <w:tcMar>
                    <w:top w:w="17" w:type="dxa"/>
                    <w:left w:w="85" w:type="dxa"/>
                    <w:bottom w:w="17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מִנְחָה שֶׁל שְׂעוֹרִים בְּבֵית הַמִּקְדָּשׁ</w:t>
                  </w:r>
                </w:p>
              </w:tc>
              <w:tc>
                <w:tcPr>
                  <w:tcW w:type="dxa" w:w="5159"/>
                  <w:tcW w:w="3402" w:type="dxa"/>
                  <w:tcBorders>
                    <w:top w:val="nil" w:sz="0" w:space="0" w:color="FFFFFF"/>
                    <w:left w:val="nil" w:sz="0" w:space="0" w:color="FFFFFF"/>
                    <w:bottom w:val="dotted" w:sz="8" w:space="0" w:color="555555"/>
                    <w:right w:val="nil" w:sz="0" w:space="0" w:color="FFFFFF"/>
                  </w:tcBorders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793" w:hRule="atLeast"/>
                <w:cantSplit/>
              </w:trPr>
              <w:tc>
                <w:tcPr>
                  <w:tcW w:type="dxa" w:w="5159"/>
                  <w:tcW w:w="6463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EEF6FF"/>
                  <w:tcMar>
                    <w:top w:w="17" w:type="dxa"/>
                    <w:left w:w="85" w:type="dxa"/>
                    <w:bottom w:w="17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גּוֹזְזִים אֶת הַשְּׂעָרוֹת</w:t>
                  </w:r>
                </w:p>
              </w:tc>
              <w:tc>
                <w:tcPr>
                  <w:tcW w:type="dxa" w:w="5159"/>
                  <w:tcW w:w="3402" w:type="dxa"/>
                  <w:tcBorders>
                    <w:top w:val="nil" w:sz="0" w:space="0" w:color="FFFFFF"/>
                    <w:left w:val="nil" w:sz="0" w:space="0" w:color="FFFFFF"/>
                    <w:bottom w:val="dotted" w:sz="8" w:space="0" w:color="555555"/>
                    <w:right w:val="nil" w:sz="0" w:space="0" w:color="FFFFFF"/>
                  </w:tcBorders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793" w:hRule="atLeast"/>
                <w:cantSplit/>
              </w:trPr>
              <w:tc>
                <w:tcPr>
                  <w:tcW w:type="dxa" w:w="5159"/>
                  <w:tcW w:w="6463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EEF6FF"/>
                  <w:tcMar>
                    <w:top w:w="17" w:type="dxa"/>
                    <w:left w:w="85" w:type="dxa"/>
                    <w:bottom w:w="17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כְּשֶׁחֹשֶׁךְ וְרוֹאִים כּוֹכָבִים בַּשָּׁמַיִם</w:t>
                  </w:r>
                </w:p>
              </w:tc>
              <w:tc>
                <w:tcPr>
                  <w:tcW w:type="dxa" w:w="5159"/>
                  <w:tcW w:w="3402" w:type="dxa"/>
                  <w:tcBorders>
                    <w:top w:val="nil" w:sz="0" w:space="0" w:color="FFFFFF"/>
                    <w:left w:val="nil" w:sz="0" w:space="0" w:color="FFFFFF"/>
                    <w:bottom w:val="dotted" w:sz="8" w:space="0" w:color="555555"/>
                    <w:right w:val="nil" w:sz="0" w:space="0" w:color="FFFFFF"/>
                  </w:tcBorders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27AE60"/>
              <w:left w:val="single" w:sz="14" w:space="0" w:color="27AE60"/>
              <w:bottom w:val="single" w:sz="14" w:space="0" w:color="27AE60"/>
              <w:right w:val="single" w:sz="14" w:space="0" w:color="27AE6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27AE60"/>
              <w:left w:val="single" w:sz="14" w:space="0" w:color="27AE60"/>
              <w:bottom w:val="single" w:sz="14" w:space="0" w:color="27AE60"/>
              <w:right w:val="single" w:sz="14" w:space="0" w:color="27AE60"/>
            </w:tcBorders>
            <w:shd w:val="clear" w:color="auto" w:fill="27AE60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48"/>
                <w:szCs w:val="48"/>
                <w:rtl/>
              </w:rPr>
              <w:t>יְמֵי אֲבֵלוּת וּפִרְקֵי אָבוֹת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6" w:space="0" w:color="F0B429"/>
              <w:left w:val="single" w:sz="16" w:space="0" w:color="F0B429"/>
              <w:bottom w:val="single" w:sz="16" w:space="0" w:color="F0B429"/>
              <w:right w:val="single" w:sz="16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27AE60"/>
                <w:sz w:val="38"/>
                <w:szCs w:val="38"/>
                <w:rtl/>
              </w:rPr>
              <w:t xml:space="preserve">✦ </w:t>
            </w:r>
            <w:r>
              <w:rPr>
                <w:rFonts w:ascii="Alef" w:hAnsi="Alef" w:cs="Alef" w:eastAsia="Alef"/>
                <w:b/>
                <w:bCs/>
                <w:color w:val="27AE60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תַּלְמִידֵי רַבִּי עֲקִיבָא מֵתוּ, כִּי לֹא כִּבְּדוּ זֶה אֶת זֶה.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לָכֵן לֹא מִסְתַּפְּרִים, לֹא עוֹשִׂים חֲתֻנּוֹת וְלֹא שׁוֹמְעִים מוּזִיקָה.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בְּל״ג בָּעֹמֶר שְׂמֵחִים, כִּי הַתַּלְמִידִים הִפְסִיקוּ לָמוּת.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בְּכָל שַׁבָּת לוֹמְדִים פֶּרֶק מִפִּרְקֵי אָבוֹת, כְּדֵי לִהְיוֹת טוֹבִים.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14"/>
              <w:gridCol w:w="7938"/>
            </w:tblGrid>
            <w:tr>
              <w:trPr>
                <w:cantSplit/>
              </w:trPr>
              <w:tc>
                <w:tcPr>
                  <w:tcW w:type="dxa" w:w="5159"/>
                  <w:tcW w:w="1814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27AE60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938" w:type="dxa"/>
                  <w:tcBorders>
                    <w:top w:val="dashed" w:sz="8" w:space="0" w:color="27AE60"/>
                    <w:left w:val="dashed" w:sz="8" w:space="0" w:color="27AE60"/>
                    <w:bottom w:val="dashed" w:sz="8" w:space="0" w:color="27AE60"/>
                    <w:right w:val="dashed" w:sz="8" w:space="0" w:color="27AE60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אֲבֵלוּת</w:t>
                  </w:r>
                  <w:r>
                    <w:rPr>
                      <w:rFonts w:ascii="Alef" w:hAnsi="Alef" w:cs="Alef" w:eastAsia="Alef"/>
                      <w:sz w:val="32"/>
                      <w:szCs w:val="32"/>
                      <w:rtl/>
                    </w:rPr>
                    <w:t xml:space="preserve"> – צַעַר עַל מִי שֶׁמֵּת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מִסְתַּפְּרִים</w:t>
                  </w:r>
                  <w:r>
                    <w:rPr>
                      <w:rFonts w:ascii="Alef" w:hAnsi="Alef" w:cs="Alef" w:eastAsia="Alef"/>
                      <w:sz w:val="32"/>
                      <w:szCs w:val="32"/>
                      <w:rtl/>
                    </w:rPr>
                    <w:t xml:space="preserve"> – גּוֹזְזִים אֶת הַשְּׂעָרוֹת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פִּרְקֵי אָבוֹת</w:t>
                  </w:r>
                  <w:r>
                    <w:rPr>
                      <w:rFonts w:ascii="Alef" w:hAnsi="Alef" w:cs="Alef" w:eastAsia="Alef"/>
                      <w:sz w:val="32"/>
                      <w:szCs w:val="32"/>
                      <w:rtl/>
                    </w:rPr>
                    <w:t xml:space="preserve"> – דִּבְרֵי חֲכָמִים עַל מִדּוֹת טוֹבוֹת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8" w:space="0" w:color="1F618D"/>
              <w:left w:val="double" w:sz="18" w:space="0" w:color="1F618D"/>
              <w:bottom w:val="double" w:sz="18" w:space="0" w:color="1F618D"/>
              <w:right w:val="double" w:sz="18" w:space="0" w:color="1F618D"/>
            </w:tcBorders>
            <w:shd w:val="clear" w:color="auto" w:fill="EEF6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618D"/>
                <w:sz w:val="32"/>
                <w:szCs w:val="32"/>
                <w:rtl/>
              </w:rPr>
              <w:t>מִן הַמְּקוֹרוֹת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Noto Serif Hebrew" w:hAnsi="Noto Serif Hebrew" w:cs="Noto Serif Hebrew" w:eastAsia="Noto Serif Hebrew"/>
                <w:color w:val="1B2631"/>
                <w:sz w:val="34"/>
                <w:szCs w:val="34"/>
                <w:rtl/>
              </w:rPr>
              <w:t>«בִּימֵי הַסְּפִירָה מֵתוּ תַּלְמִידֵי רַבִּי עֲקִיבָא בִּשְׁלֹשִׁים וּשְׁלוֹשָׁה יוֹם. וְלָכֵן נוֹהֲגִין בְּיָמִים אֵלּוּ קְצָת אֲבֵלוּת, שֶּׁאֵין נוֹשְׂאִין נָשִׁים וְאֵין מִסְתַּפְּרִים.»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color w:val="555555"/>
                <w:sz w:val="26"/>
                <w:szCs w:val="26"/>
                <w:rtl/>
              </w:rPr>
              <w:t>(קִצּוּר שֻׁלְחָן עָרוּךְ, סִימָן קכ, סָעִיף ו)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5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לָמָּה נוֹהֲגִים אֲבֵלוּת בַּסְּפִירָה?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תַּלְמִידִים מֵתוּ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יֵשׁ גֶּשֶׁם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חַג שָׂמֵחַ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מָה לוֹמְדִים בְּשַׁבָּתוֹת הָעֹמֶר?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מְגִלַּת אֶסְתֵּר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פִּרְקֵי אָבוֹת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הַגָּדָה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בְּאֵיזֶה יוֹם שְׂמֵחִים?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ל״ג בָּעֹמֶר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תִּשְׁעָה בְּאָב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יוֹם כִּפּוּר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27AE60"/>
              <w:left w:val="single" w:sz="14" w:space="0" w:color="27AE60"/>
              <w:bottom w:val="single" w:sz="14" w:space="0" w:color="27AE60"/>
              <w:right w:val="single" w:sz="14" w:space="0" w:color="27AE6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27AE60"/>
              <w:left w:val="single" w:sz="14" w:space="0" w:color="27AE60"/>
              <w:bottom w:val="single" w:sz="14" w:space="0" w:color="27AE60"/>
              <w:right w:val="single" w:sz="14" w:space="0" w:color="27AE60"/>
            </w:tcBorders>
            <w:shd w:val="clear" w:color="auto" w:fill="27AE60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48"/>
                <w:szCs w:val="48"/>
                <w:rtl/>
              </w:rPr>
              <w:t>יְמֵי אֲבֵלוּת וּפִרְקֵי אָבוֹת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6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מְמַיְּנִים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כִּתְבוּ כָּל דָּבָר בַּמָּקוֹם הַנָּכוֹן בִּימֵי הָאֲבֵלוּת.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sz w:val="32"/>
                <w:szCs w:val="32"/>
                <w:rtl/>
              </w:rPr>
              <w:t>מִשְׁפָּטִים: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א. מִסְתַּפְּרִים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ב. סוֹפְרִים אֶת הָעֹמֶר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ג. חֲתֻנָּה עִם רִקּוּדִים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ד. לוֹמְדִים פִּרְקֵי אָבוֹת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ה. שׁוֹמְעִים מוּזִיקָה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ו. מְכַבְּדִים חֲבֵרִים</w:t>
            </w:r>
          </w:p>
          <w:tbl>
            <w:tblPr>
              <w:bidiVisual/>
              <w:tblW w:w="997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989"/>
              <w:gridCol w:w="4989"/>
            </w:tblGrid>
            <w:tr>
              <w:trPr>
                <w:trHeight w:val="510" w:hRule="atLeast"/>
                <w:cantSplit/>
              </w:trPr>
              <w:tc>
                <w:tcPr>
                  <w:tcW w:type="dxa" w:w="5159"/>
                  <w:tcW w:w="4989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27AE6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לֹא עוֹשִׂים</w:t>
                  </w:r>
                </w:p>
              </w:tc>
              <w:tc>
                <w:tcPr>
                  <w:tcW w:type="dxa" w:w="5159"/>
                  <w:tcW w:w="4989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27AE6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כֵּן עוֹשִׂים</w:t>
                  </w:r>
                </w:p>
              </w:tc>
            </w:tr>
            <w:tr>
              <w:trPr>
                <w:trHeight w:val="2041" w:hRule="atLeast"/>
                <w:cantSplit/>
              </w:trPr>
              <w:tc>
                <w:tcPr>
                  <w:tcW w:type="dxa" w:w="5159"/>
                  <w:tcW w:w="4989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FFFFFF"/>
                  <w:vAlign w:val="top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4989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FFFFFF"/>
                  <w:vAlign w:val="top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7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מָה מַתְאִים?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מִתְחוּ קַו בֵּין הַמִּלָּה לַהֶסְבֵּר.</w:t>
            </w:r>
          </w:p>
          <w:tbl>
            <w:tblPr>
              <w:bidiVisual/>
              <w:tblW w:w="1065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309"/>
              <w:gridCol w:w="567"/>
              <w:gridCol w:w="1247"/>
              <w:gridCol w:w="567"/>
              <w:gridCol w:w="3969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רַבִּי עֲקִיבָא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8"/>
                      <w:szCs w:val="38"/>
                      <w:rtl/>
                    </w:rPr>
                    <w:t>לוֹמְדִים בְּשַׁבָּת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ל״ג בָּעֹמֶר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8"/>
                      <w:szCs w:val="38"/>
                      <w:rtl/>
                    </w:rPr>
                    <w:t>הָיוּ לוֹ תַּלְמִידִים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פִּרְקֵי אָבוֹת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8"/>
                      <w:szCs w:val="38"/>
                      <w:rtl/>
                    </w:rPr>
                    <w:t>לֹא מִסְתַּפְּרִים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יְמֵי הָעֹמֶר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8"/>
                      <w:szCs w:val="38"/>
                      <w:rtl/>
                    </w:rPr>
                    <w:t>יוֹם שֶׁל שִׂמְחָה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27AE60"/>
              <w:left w:val="single" w:sz="14" w:space="0" w:color="27AE60"/>
              <w:bottom w:val="single" w:sz="14" w:space="0" w:color="27AE60"/>
              <w:right w:val="single" w:sz="14" w:space="0" w:color="27AE6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27AE60"/>
              <w:left w:val="single" w:sz="14" w:space="0" w:color="27AE60"/>
              <w:bottom w:val="single" w:sz="14" w:space="0" w:color="27AE60"/>
              <w:right w:val="single" w:sz="14" w:space="0" w:color="27AE60"/>
            </w:tcBorders>
            <w:shd w:val="clear" w:color="auto" w:fill="27AE60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48"/>
                <w:szCs w:val="48"/>
                <w:rtl/>
              </w:rPr>
              <w:t>יְמֵי אֲבֵלוּת וּפִרְקֵי אָבוֹת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8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 תְּמוּנוֹת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גִּזְרוּ אֶת הַתְּמוּנוֹת מִדַּף הַגְּזִירָה וְהַדְבִּיקוּ כָּל תְּמוּנָה מֵעַל הַמִּשְׁפָּט הַמַּתְאִים.</w:t>
            </w:r>
          </w:p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Alef" w:hAnsi="Alef" w:cs="Alef" w:eastAsia="Alef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11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1009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046"/>
              <w:gridCol w:w="5046"/>
            </w:tblGrid>
            <w:tr>
              <w:trPr>
                <w:trHeight w:val="4082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סוֹפְרִים אַרְבָּעִים וְתִשְׁעָה יָמִים.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בְּבֵית הַמִּקְדָּשׁ הֵבִיאוּ עֹמֶר שֶׁל שְׂעוֹרִים.</w:t>
                  </w:r>
                </w:p>
              </w:tc>
            </w:tr>
            <w:tr>
              <w:trPr>
                <w:trHeight w:val="4082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בְּל״ג בָּעֹמֶר רַבִּים עוֹלִים לְהַר מֵירוֹן.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בְּל״ג בָּעֹמֶר שְׂמֵחִים לְיַד הַמְּדוּרָה.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FFFFFF"/>
                <w:sz w:val="52"/>
                <w:szCs w:val="52"/>
                <w:rtl/>
              </w:rPr>
              <w:t>מָה לָמַדְנוּ?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9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Alef" w:hAnsi="Alef" w:cs="Alef" w:eastAsia="Alef"/>
                      <w:sz w:val="36"/>
                      <w:szCs w:val="36"/>
                      <w:rtl/>
                    </w:rPr>
                    <w:t>. כְּשֶׁסּוֹפְרִים אֶת הָעֹמֶר, עוֹמְדִים.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2" name="Picture 2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3" name="Picture 2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Alef" w:hAnsi="Alef" w:cs="Alef" w:eastAsia="Alef"/>
                      <w:sz w:val="36"/>
                      <w:szCs w:val="36"/>
                      <w:rtl/>
                    </w:rPr>
                    <w:t>. בִּימֵי הָעֹמֶר עוֹשִׂים חֲתֻנּוֹת גְּדוֹלוֹת.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4" name="Picture 2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5" name="Picture 2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Alef" w:hAnsi="Alef" w:cs="Alef" w:eastAsia="Alef"/>
                      <w:sz w:val="36"/>
                      <w:szCs w:val="36"/>
                      <w:rtl/>
                    </w:rPr>
                    <w:t>. בְּל״ג בָּעֹמֶר מַרְבִּים בְּשִׂמְחָה.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6" name="Picture 2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7" name="Picture 2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Alef" w:hAnsi="Alef" w:cs="Alef" w:eastAsia="Alef"/>
                      <w:sz w:val="36"/>
                      <w:szCs w:val="36"/>
                      <w:rtl/>
                    </w:rPr>
                    <w:t>. פִּרְקֵי אָבוֹת מְלַמְּדִים מִדּוֹת טוֹבוֹת.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8" name="Picture 2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9" name="Picture 2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10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מְצַיְּרִים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צַיְּרוּ אֵיךְ תְּכַבְּדוּ חָבֵר בִּימֵי הָעֹמֶר.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752"/>
            </w:tblGrid>
            <w:tr>
              <w:trPr>
                <w:trHeight w:val="2835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FEF9E7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B8902F"/>
                <w:sz w:val="48"/>
                <w:szCs w:val="48"/>
                <w:rtl/>
              </w:rPr>
              <w:t>★ תְּעוּדַת הִצְטַיְּנוּת ★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sz w:val="36"/>
                <w:szCs w:val="36"/>
                <w:rtl/>
              </w:rPr>
              <w:t>סִיַּמְתִּי לִלְמֹד אֶת הַיְּחִידָה «סְפִירַת הָעֹמֶר». כׇּל הַכָּבוֹד!</w:t>
            </w:r>
          </w:p>
          <w:p>
            <w:pPr>
              <w:bidi/>
              <w:spacing w:before="160" w:after="0"/>
              <w:jc w:val="center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חֲתִימַת הַמּוֹרֶה: ____________________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Alef" w:hAnsi="Alef" w:cs="Alef" w:eastAsia="Alef"/>
                <w:b/>
                <w:bCs/>
                <w:color w:val="FFFFFF"/>
                <w:sz w:val="36"/>
                <w:szCs w:val="36"/>
                <w:rtl/>
              </w:rPr>
              <w:t xml:space="preserve">גִּזְרוּ וְהַדְבִּיקוּ בְּעַמּוּד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9</w:t>
            </w:r>
            <w:r>
              <w:rPr>
                <w:rFonts w:ascii="Alef" w:hAnsi="Alef" w:cs="Alef" w:eastAsia="Alef"/>
                <w:b/>
                <w:bCs/>
                <w:color w:val="FFFFFF"/>
                <w:sz w:val="36"/>
                <w:szCs w:val="36"/>
                <w:rtl/>
              </w:rPr>
              <w:t xml:space="preserve">,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8</w:t>
            </w:r>
            <w:r>
              <w:rPr>
                <w:rFonts w:ascii="Alef" w:hAnsi="Alef" w:cs="Alef" w:eastAsia="Alef"/>
                <w:b/>
                <w:bCs/>
                <w:color w:val="FFFFFF"/>
                <w:sz w:val="32"/>
                <w:szCs w:val="32"/>
                <w:rtl/>
              </w:rPr>
              <w:t xml:space="preserve">  ·  גּוֹזְרִים וּמַדְבִּיקִים תְּמוּנוֹת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9752" w:type="dxa"/>
        <w:jc w:val="center"/>
        <w:tblCellSpacing w:w="141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876"/>
        <w:gridCol w:w="4876"/>
      </w:tblGrid>
      <w:tr>
        <w:trPr>
          <w:cantSplit/>
        </w:trPr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317600" cy="2054165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2_t12_col1_700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7600" cy="205416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עֹמֶר שֶׁל שְׂעוֹרִים</w:t>
            </w:r>
          </w:p>
        </w:tc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736000" cy="1919109"/>
                  <wp:docPr id="31" name="Picture 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2_t12_col2_700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6000" cy="191910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מְדוּרַת ל״ג בָּעֹמֶר</w:t>
            </w:r>
          </w:p>
        </w:tc>
      </w:tr>
      <w:tr>
        <w:trPr>
          <w:cantSplit/>
        </w:trPr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76400" cy="2050981"/>
                  <wp:docPr id="32" name="Picture 3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792b3a292e_330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6400" cy="205098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49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 xml:space="preserve"> יָמִים</w:t>
            </w:r>
          </w:p>
        </w:tc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350800" cy="2051608"/>
                  <wp:docPr id="33" name="Picture 3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8190c7b960_330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0800" cy="205160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מֵירוֹן</w:t>
            </w:r>
          </w:p>
        </w:tc>
      </w:tr>
    </w:tbl>
    <w:p>
      <w:pPr>
        <w:bidi/>
        <w:spacing w:before="0" w:after="0" w:line="24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Alef" w:hAnsi="Alef" w:cs="Alef" w:eastAsia="Alef"/>
                <w:b/>
                <w:bCs/>
                <w:color w:val="FFFFFF"/>
                <w:sz w:val="36"/>
                <w:szCs w:val="36"/>
                <w:rtl/>
              </w:rPr>
              <w:t xml:space="preserve">גִּזְרוּ וְהַדְבִּיקוּ בְּעַמּוּד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5</w:t>
            </w:r>
            <w:r>
              <w:rPr>
                <w:rFonts w:ascii="Alef" w:hAnsi="Alef" w:cs="Alef" w:eastAsia="Alef"/>
                <w:b/>
                <w:bCs/>
                <w:color w:val="FFFFFF"/>
                <w:sz w:val="36"/>
                <w:szCs w:val="36"/>
                <w:rtl/>
              </w:rPr>
              <w:t xml:space="preserve">,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2</w:t>
            </w:r>
            <w:r>
              <w:rPr>
                <w:rFonts w:ascii="Alef" w:hAnsi="Alef" w:cs="Alef" w:eastAsia="Alef"/>
                <w:b/>
                <w:bCs/>
                <w:color w:val="FFFFFF"/>
                <w:sz w:val="32"/>
                <w:szCs w:val="32"/>
                <w:rtl/>
              </w:rPr>
              <w:t xml:space="preserve">  ·  מָה הַסֵּדֶר?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9979" w:type="dxa"/>
        <w:jc w:val="center"/>
        <w:tblCellSpacing w:w="113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989"/>
        <w:gridCol w:w="4989"/>
      </w:tblGrid>
      <w:tr>
        <w:trPr>
          <w:trHeight w:val="907" w:hRule="atLeast"/>
          <w:cantSplit/>
        </w:trPr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מְבָרְכִים אֶת הַבְּרָכָה.</w:t>
            </w:r>
          </w:p>
        </w:tc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הַכּוֹכָבִים יוֹצְאִים בַּשָּׁמַיִם.</w:t>
            </w:r>
          </w:p>
        </w:tc>
      </w:tr>
      <w:tr>
        <w:trPr>
          <w:trHeight w:val="907" w:hRule="atLeast"/>
          <w:cantSplit/>
        </w:trPr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אוֹמְרִים כַּמָּה יָמִים לָעֹמֶר.</w:t>
            </w:r>
          </w:p>
        </w:tc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עוֹמְדִים עַל הָרַגְלַיִם.</w:t>
            </w:r>
          </w:p>
        </w:tc>
      </w:tr>
    </w:tbl>
    <w:p>
      <w:pPr>
        <w:bidi/>
        <w:spacing w:before="0" w:after="0" w:line="24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Alef" w:hAnsi="Alef" w:cs="Alef" w:eastAsia="Alef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Alef" w:hAnsi="Alef" w:cs="Alef" w:eastAsia="Alef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lef" w:hAnsi="Alef" w:cs="Alef" w:eastAsia="Alef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jp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