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before="0" w:after="0"/>
        <w:jc w:val="right"/>
      </w:pPr>
      <w:r>
        <w:rPr>
          <w:rFonts w:ascii="Alef" w:hAnsi="Alef" w:cs="Alef" w:eastAsia="Alef"/>
          <w:b/>
          <w:bCs/>
          <w:color w:val="555555"/>
          <w:sz w:val="24"/>
          <w:szCs w:val="24"/>
          <w:rtl/>
        </w:rPr>
        <w:t>בס"ד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double" w:sz="24" w:space="0" w:color="B8902F"/>
              <w:left w:val="double" w:sz="24" w:space="0" w:color="B8902F"/>
              <w:bottom w:val="double" w:sz="24" w:space="0" w:color="B8902F"/>
              <w:right w:val="double" w:sz="24" w:space="0" w:color="B8902F"/>
            </w:tcBorders>
            <w:shd w:val="clear" w:color="auto" w:fill="1F3A5F"/>
            <w:tcMar>
              <w:top w:w="198" w:type="dxa"/>
              <w:left w:w="198" w:type="dxa"/>
              <w:bottom w:w="198" w:type="dxa"/>
              <w:right w:w="198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lef" w:hAnsi="Alef" w:cs="Alef" w:eastAsia="Alef"/>
                <w:b/>
                <w:bCs/>
                <w:color w:val="E2C47A"/>
                <w:sz w:val="36"/>
                <w:szCs w:val="36"/>
                <w:rtl/>
              </w:rPr>
              <w:t>הֲלָכָה · כִּתָּה ב'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Suez One" w:hAnsi="Suez One" w:cs="Suez One" w:eastAsia="Suez One"/>
                <w:b/>
                <w:bCs/>
                <w:color w:val="FFFFFF"/>
                <w:sz w:val="80"/>
                <w:szCs w:val="80"/>
                <w:rtl/>
              </w:rPr>
              <w:t>סְפִירַת הָעֹמֶר – מַחְוֶן לַמּוֹרֶה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Alef" w:hAnsi="Alef" w:cs="Alef" w:eastAsia="Alef"/>
                <w:color w:val="FFFFFF"/>
                <w:sz w:val="38"/>
                <w:szCs w:val="38"/>
                <w:rtl/>
              </w:rPr>
              <w:t>סוֹפְרִים יוֹם אַחַר יוֹם עַד מַתַּן תּוֹרָה</w:t>
            </w:r>
          </w:p>
        </w:tc>
      </w:tr>
    </w:tbl>
    <w:p>
      <w:pPr>
        <w:bidi/>
        <w:spacing w:before="0" w:after="0" w:line="200" w:lineRule="exact"/>
        <w:jc w:val="both"/>
      </w:pPr>
      <w:r>
        <w:rPr>
          <w:rFonts w:ascii="Alef" w:hAnsi="Alef" w:cs="Alef" w:eastAsia="Alef"/>
          <w:sz w:val="4"/>
          <w:szCs w:val="4"/>
          <w:rtl/>
        </w:rPr>
        <w:t xml:space="preserve"> </w:t>
      </w:r>
    </w:p>
    <w:p>
      <w:pPr>
        <w:bidi/>
        <w:spacing w:before="0" w:after="0"/>
        <w:jc w:val="center"/>
      </w:pPr>
      <w:r>
        <w:rPr>
          <w:rFonts w:ascii="Alef" w:hAnsi="Alef" w:cs="Alef" w:eastAsia="Alef"/>
          <w:sz w:val="34"/>
          <w:szCs w:val="34"/>
          <w:rtl/>
        </w:rPr>
        <w:t>תשובות לכל המשימות בחוברת, לפי מספרי העמודים. במשימות פתוחות – תשובה אפשרית; מקבלים כל תשובה מנומקת.</w:t>
      </w:r>
    </w:p>
    <w:p>
      <w:pPr>
        <w:bidi/>
        <w:spacing w:before="0" w:after="0" w:line="200" w:lineRule="exact"/>
        <w:jc w:val="both"/>
      </w:pPr>
      <w:r>
        <w:rPr>
          <w:rFonts w:ascii="Alef" w:hAnsi="Alef" w:cs="Alef" w:eastAsia="Alef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8" w:space="0" w:color="2980B9"/>
              <w:left w:val="single" w:sz="8" w:space="0" w:color="2980B9"/>
              <w:bottom w:val="single" w:sz="8" w:space="0" w:color="2980B9"/>
              <w:right w:val="single" w:sz="8" w:space="0" w:color="2980B9"/>
            </w:tcBorders>
            <w:shd w:val="clear" w:color="auto" w:fill="2980B9"/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Alef" w:hAnsi="Alef" w:cs="Alef" w:eastAsia="Alef"/>
                <w:b/>
                <w:bCs/>
                <w:color w:val="FFFFFF"/>
                <w:sz w:val="38"/>
                <w:szCs w:val="38"/>
                <w:rtl/>
              </w:rPr>
              <w:t xml:space="preserve">יְחִידָה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rtl/>
              </w:rPr>
              <w:t>1</w:t>
            </w:r>
            <w:r>
              <w:rPr>
                <w:rFonts w:ascii="Alef" w:hAnsi="Alef" w:cs="Alef" w:eastAsia="Alef"/>
                <w:b/>
                <w:bCs/>
                <w:color w:val="FFFFFF"/>
                <w:sz w:val="38"/>
                <w:szCs w:val="38"/>
                <w:rtl/>
              </w:rPr>
              <w:t xml:space="preserve">: סוֹפְרִים אֶת הָעֹמֶר  ·  עַמּוּדִים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rtl/>
              </w:rPr>
              <w:t>4</w:t>
            </w:r>
            <w:r>
              <w:rPr>
                <w:rFonts w:ascii="Alef" w:hAnsi="Alef" w:cs="Alef" w:eastAsia="Alef"/>
                <w:b/>
                <w:bCs/>
                <w:color w:val="FFFFFF"/>
                <w:sz w:val="38"/>
                <w:szCs w:val="38"/>
                <w:rtl/>
              </w:rPr>
              <w:t>–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rtl/>
              </w:rPr>
              <w:t>6</w:t>
            </w:r>
          </w:p>
        </w:tc>
      </w:tr>
    </w:tbl>
    <w:p>
      <w:pPr>
        <w:bidi/>
        <w:spacing w:before="0" w:after="0" w:line="80" w:lineRule="exact"/>
        <w:jc w:val="both"/>
      </w:pPr>
      <w:r>
        <w:rPr>
          <w:rFonts w:ascii="Alef" w:hAnsi="Alef" w:cs="Alef" w:eastAsia="Alef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2980B9"/>
              <w:left w:val="single" w:sz="24" w:space="0" w:color="2980B9"/>
              <w:bottom w:val="single" w:sz="24" w:space="0" w:color="2980B9"/>
              <w:right w:val="single" w:sz="24" w:space="0" w:color="2980B9"/>
            </w:tcBorders>
            <w:shd w:val="clear" w:color="auto" w:fill="EAF2F8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Alef" w:hAnsi="Alef" w:cs="Alef" w:eastAsia="Alef"/>
                <w:b/>
                <w:bCs/>
                <w:color w:val="FFFFFF"/>
                <w:sz w:val="38"/>
                <w:szCs w:val="38"/>
                <w:shd w:val="clear" w:color="auto" w:fill="2980B9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2980B9"/>
                <w:rtl/>
              </w:rPr>
              <w:t>1</w:t>
            </w:r>
            <w:r>
              <w:rPr>
                <w:rFonts w:ascii="Alef" w:hAnsi="Alef" w:cs="Alef" w:eastAsia="Alef"/>
                <w:b/>
                <w:bCs/>
                <w:color w:val="FFFFFF"/>
                <w:sz w:val="38"/>
                <w:szCs w:val="38"/>
                <w:shd w:val="clear" w:color="auto" w:fill="2980B9"/>
                <w:rtl/>
              </w:rPr>
              <w:t xml:space="preserve"> </w:t>
            </w:r>
            <w:r>
              <w:rPr>
                <w:rFonts w:ascii="Alef" w:hAnsi="Alef" w:cs="Alef" w:eastAsia="Alef"/>
                <w:sz w:val="38"/>
                <w:szCs w:val="38"/>
                <w:rtl/>
              </w:rPr>
              <w:t xml:space="preserve">  </w:t>
            </w:r>
            <w:r>
              <w:rPr>
                <w:rFonts w:ascii="Alef" w:hAnsi="Alef" w:cs="Alef" w:eastAsia="Alef"/>
                <w:b/>
                <w:bCs/>
                <w:color w:val="1B2631"/>
                <w:sz w:val="38"/>
                <w:szCs w:val="38"/>
                <w:rtl/>
              </w:rPr>
              <w:t>נָכוֹן אוֹ לֹא נָכוֹן?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Noto Sans" w:hAnsi="Noto Sans" w:cs="Noto Sans" w:eastAsia="Noto Sans"/>
                <w:sz w:val="32"/>
                <w:szCs w:val="32"/>
                <w:rtl/>
              </w:rPr>
              <w:t>1</w:t>
            </w:r>
            <w:r>
              <w:rPr>
                <w:rFonts w:ascii="Alef" w:hAnsi="Alef" w:cs="Alef" w:eastAsia="Alef"/>
                <w:sz w:val="32"/>
                <w:szCs w:val="32"/>
                <w:rtl/>
              </w:rPr>
              <w:t>. סוֹפְרִים אֶת הָעֹמֶר בַּלַּיְלָה.  ←  נָכוֹן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Noto Sans" w:hAnsi="Noto Sans" w:cs="Noto Sans" w:eastAsia="Noto Sans"/>
                <w:sz w:val="32"/>
                <w:szCs w:val="32"/>
                <w:rtl/>
              </w:rPr>
              <w:t>2</w:t>
            </w:r>
            <w:r>
              <w:rPr>
                <w:rFonts w:ascii="Alef" w:hAnsi="Alef" w:cs="Alef" w:eastAsia="Alef"/>
                <w:sz w:val="32"/>
                <w:szCs w:val="32"/>
                <w:rtl/>
              </w:rPr>
              <w:t>. סוֹפְרִים אֶת הָעֹמֶר בִּישִׁיבָה.  ←  לֹא נָכוֹן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Noto Sans" w:hAnsi="Noto Sans" w:cs="Noto Sans" w:eastAsia="Noto Sans"/>
                <w:sz w:val="32"/>
                <w:szCs w:val="32"/>
                <w:rtl/>
              </w:rPr>
              <w:t>3</w:t>
            </w:r>
            <w:r>
              <w:rPr>
                <w:rFonts w:ascii="Alef" w:hAnsi="Alef" w:cs="Alef" w:eastAsia="Alef"/>
                <w:sz w:val="32"/>
                <w:szCs w:val="32"/>
                <w:rtl/>
              </w:rPr>
              <w:t>. סוֹפְרִים אַרְבָּעִים וְתִשְׁעָה יָמִים.  ←  נָכוֹן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Noto Sans" w:hAnsi="Noto Sans" w:cs="Noto Sans" w:eastAsia="Noto Sans"/>
                <w:sz w:val="32"/>
                <w:szCs w:val="32"/>
                <w:rtl/>
              </w:rPr>
              <w:t>4</w:t>
            </w:r>
            <w:r>
              <w:rPr>
                <w:rFonts w:ascii="Alef" w:hAnsi="Alef" w:cs="Alef" w:eastAsia="Alef"/>
                <w:sz w:val="32"/>
                <w:szCs w:val="32"/>
                <w:rtl/>
              </w:rPr>
              <w:t>. מַתְחִילִים לִסְפֹּר בְּחַג שָׁבוּעוֹת.  ←  לֹא נָכוֹן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Alef" w:hAnsi="Alef" w:cs="Alef" w:eastAsia="Alef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2980B9"/>
              <w:left w:val="single" w:sz="24" w:space="0" w:color="2980B9"/>
              <w:bottom w:val="single" w:sz="24" w:space="0" w:color="2980B9"/>
              <w:right w:val="single" w:sz="24" w:space="0" w:color="2980B9"/>
            </w:tcBorders>
            <w:shd w:val="clear" w:color="auto" w:fill="EAF2F8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Alef" w:hAnsi="Alef" w:cs="Alef" w:eastAsia="Alef"/>
                <w:b/>
                <w:bCs/>
                <w:color w:val="FFFFFF"/>
                <w:sz w:val="38"/>
                <w:szCs w:val="38"/>
                <w:shd w:val="clear" w:color="auto" w:fill="2980B9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2980B9"/>
                <w:rtl/>
              </w:rPr>
              <w:t>2</w:t>
            </w:r>
            <w:r>
              <w:rPr>
                <w:rFonts w:ascii="Alef" w:hAnsi="Alef" w:cs="Alef" w:eastAsia="Alef"/>
                <w:b/>
                <w:bCs/>
                <w:color w:val="FFFFFF"/>
                <w:sz w:val="38"/>
                <w:szCs w:val="38"/>
                <w:shd w:val="clear" w:color="auto" w:fill="2980B9"/>
                <w:rtl/>
              </w:rPr>
              <w:t xml:space="preserve"> </w:t>
            </w:r>
            <w:r>
              <w:rPr>
                <w:rFonts w:ascii="Alef" w:hAnsi="Alef" w:cs="Alef" w:eastAsia="Alef"/>
                <w:sz w:val="38"/>
                <w:szCs w:val="38"/>
                <w:rtl/>
              </w:rPr>
              <w:t xml:space="preserve">  </w:t>
            </w:r>
            <w:r>
              <w:rPr>
                <w:rFonts w:ascii="Alef" w:hAnsi="Alef" w:cs="Alef" w:eastAsia="Alef"/>
                <w:b/>
                <w:bCs/>
                <w:color w:val="1B2631"/>
                <w:sz w:val="38"/>
                <w:szCs w:val="38"/>
                <w:rtl/>
              </w:rPr>
              <w:t>מָה הַסֵּדֶר?</w:t>
            </w:r>
          </w:p>
          <w:p>
            <w:pPr>
              <w:bidi/>
              <w:spacing w:before="0" w:after="60"/>
              <w:jc w:val="both"/>
            </w:pPr>
            <w:r>
              <w:rPr>
                <w:rFonts w:ascii="Alef" w:hAnsi="Alef" w:cs="Alef" w:eastAsia="Alef"/>
                <w:color w:val="444444"/>
                <w:sz w:val="34"/>
                <w:szCs w:val="34"/>
                <w:rtl/>
              </w:rPr>
              <w:t>גִּזְרוּ אֶת הַכַּרְטִיסִים מִדַּף הַגְּזִירָה וְהַדְבִּיקוּ לְפִי הַסֵּדֶר.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Noto Sans" w:hAnsi="Noto Sans" w:cs="Noto Sans" w:eastAsia="Noto Sans"/>
                <w:sz w:val="32"/>
                <w:szCs w:val="32"/>
                <w:rtl/>
              </w:rPr>
              <w:t>1</w:t>
            </w:r>
            <w:r>
              <w:rPr>
                <w:rFonts w:ascii="Alef" w:hAnsi="Alef" w:cs="Alef" w:eastAsia="Alef"/>
                <w:sz w:val="32"/>
                <w:szCs w:val="32"/>
                <w:rtl/>
              </w:rPr>
              <w:t xml:space="preserve"> – הַכּוֹכָבִים יוֹצְאִים · </w:t>
            </w:r>
            <w:r>
              <w:rPr>
                <w:rFonts w:ascii="Noto Sans" w:hAnsi="Noto Sans" w:cs="Noto Sans" w:eastAsia="Noto Sans"/>
                <w:sz w:val="32"/>
                <w:szCs w:val="32"/>
                <w:rtl/>
              </w:rPr>
              <w:t>2</w:t>
            </w:r>
            <w:r>
              <w:rPr>
                <w:rFonts w:ascii="Alef" w:hAnsi="Alef" w:cs="Alef" w:eastAsia="Alef"/>
                <w:sz w:val="32"/>
                <w:szCs w:val="32"/>
                <w:rtl/>
              </w:rPr>
              <w:t xml:space="preserve"> – עוֹמְדִים · </w:t>
            </w:r>
            <w:r>
              <w:rPr>
                <w:rFonts w:ascii="Noto Sans" w:hAnsi="Noto Sans" w:cs="Noto Sans" w:eastAsia="Noto Sans"/>
                <w:sz w:val="32"/>
                <w:szCs w:val="32"/>
                <w:rtl/>
              </w:rPr>
              <w:t>3</w:t>
            </w:r>
            <w:r>
              <w:rPr>
                <w:rFonts w:ascii="Alef" w:hAnsi="Alef" w:cs="Alef" w:eastAsia="Alef"/>
                <w:sz w:val="32"/>
                <w:szCs w:val="32"/>
                <w:rtl/>
              </w:rPr>
              <w:t xml:space="preserve"> – מְבָרְכִים · </w:t>
            </w:r>
            <w:r>
              <w:rPr>
                <w:rFonts w:ascii="Noto Sans" w:hAnsi="Noto Sans" w:cs="Noto Sans" w:eastAsia="Noto Sans"/>
                <w:sz w:val="32"/>
                <w:szCs w:val="32"/>
                <w:rtl/>
              </w:rPr>
              <w:t>4</w:t>
            </w:r>
            <w:r>
              <w:rPr>
                <w:rFonts w:ascii="Alef" w:hAnsi="Alef" w:cs="Alef" w:eastAsia="Alef"/>
                <w:sz w:val="32"/>
                <w:szCs w:val="32"/>
                <w:rtl/>
              </w:rPr>
              <w:t xml:space="preserve"> – סוֹפְרִים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Alef" w:hAnsi="Alef" w:cs="Alef" w:eastAsia="Alef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2980B9"/>
              <w:left w:val="single" w:sz="24" w:space="0" w:color="2980B9"/>
              <w:bottom w:val="single" w:sz="24" w:space="0" w:color="2980B9"/>
              <w:right w:val="single" w:sz="24" w:space="0" w:color="2980B9"/>
            </w:tcBorders>
            <w:shd w:val="clear" w:color="auto" w:fill="EAF2F8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Alef" w:hAnsi="Alef" w:cs="Alef" w:eastAsia="Alef"/>
                <w:b/>
                <w:bCs/>
                <w:color w:val="FFFFFF"/>
                <w:sz w:val="38"/>
                <w:szCs w:val="38"/>
                <w:shd w:val="clear" w:color="auto" w:fill="2980B9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2980B9"/>
                <w:rtl/>
              </w:rPr>
              <w:t>3</w:t>
            </w:r>
            <w:r>
              <w:rPr>
                <w:rFonts w:ascii="Alef" w:hAnsi="Alef" w:cs="Alef" w:eastAsia="Alef"/>
                <w:b/>
                <w:bCs/>
                <w:color w:val="FFFFFF"/>
                <w:sz w:val="38"/>
                <w:szCs w:val="38"/>
                <w:shd w:val="clear" w:color="auto" w:fill="2980B9"/>
                <w:rtl/>
              </w:rPr>
              <w:t xml:space="preserve"> </w:t>
            </w:r>
            <w:r>
              <w:rPr>
                <w:rFonts w:ascii="Alef" w:hAnsi="Alef" w:cs="Alef" w:eastAsia="Alef"/>
                <w:sz w:val="38"/>
                <w:szCs w:val="38"/>
                <w:rtl/>
              </w:rPr>
              <w:t xml:space="preserve">  </w:t>
            </w:r>
            <w:r>
              <w:rPr>
                <w:rFonts w:ascii="Alef" w:hAnsi="Alef" w:cs="Alef" w:eastAsia="Alef"/>
                <w:b/>
                <w:bCs/>
                <w:color w:val="1B2631"/>
                <w:sz w:val="38"/>
                <w:szCs w:val="38"/>
                <w:rtl/>
              </w:rPr>
              <w:t>הַשְׁלִימוּ אֶת הַמִּשְׁפָּטִים</w:t>
            </w:r>
          </w:p>
          <w:p>
            <w:pPr>
              <w:bidi/>
              <w:spacing w:before="0" w:after="60"/>
              <w:jc w:val="both"/>
            </w:pPr>
            <w:r>
              <w:rPr>
                <w:rFonts w:ascii="Alef" w:hAnsi="Alef" w:cs="Alef" w:eastAsia="Alef"/>
                <w:color w:val="444444"/>
                <w:sz w:val="34"/>
                <w:szCs w:val="34"/>
                <w:rtl/>
              </w:rPr>
              <w:t>בַּחֲרוּ מִלָּה מִן הַמַּחְסָן.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Alef" w:hAnsi="Alef" w:cs="Alef" w:eastAsia="Alef"/>
                <w:sz w:val="32"/>
                <w:szCs w:val="32"/>
                <w:rtl/>
              </w:rPr>
              <w:t>מַתְחִילִים לִסְפֹּר בַּלַּיְלָה הַשֵּׁנִי שֶׁל [פֶּסַח].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Alef" w:hAnsi="Alef" w:cs="Alef" w:eastAsia="Alef"/>
                <w:sz w:val="32"/>
                <w:szCs w:val="32"/>
                <w:rtl/>
              </w:rPr>
              <w:t>סוֹפְרִים עַד חַג [שָׁבוּעוֹת].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Alef" w:hAnsi="Alef" w:cs="Alef" w:eastAsia="Alef"/>
                <w:sz w:val="32"/>
                <w:szCs w:val="32"/>
                <w:rtl/>
              </w:rPr>
              <w:t>סוֹפְרִים כָּל [לַיְלָה] אַחֲרֵי צֵאת הַכּוֹכָבִים.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Alef" w:hAnsi="Alef" w:cs="Alef" w:eastAsia="Alef"/>
                <w:sz w:val="32"/>
                <w:szCs w:val="32"/>
                <w:rtl/>
              </w:rPr>
              <w:t>שָׁכַחְתִּי בַּלַּיְלָה? סוֹפְרִים בַּיּוֹם בְּלִי [בְּרָכָה].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Alef" w:hAnsi="Alef" w:cs="Alef" w:eastAsia="Alef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2980B9"/>
              <w:left w:val="single" w:sz="24" w:space="0" w:color="2980B9"/>
              <w:bottom w:val="single" w:sz="24" w:space="0" w:color="2980B9"/>
              <w:right w:val="single" w:sz="24" w:space="0" w:color="2980B9"/>
            </w:tcBorders>
            <w:shd w:val="clear" w:color="auto" w:fill="EAF2F8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Alef" w:hAnsi="Alef" w:cs="Alef" w:eastAsia="Alef"/>
                <w:b/>
                <w:bCs/>
                <w:color w:val="FFFFFF"/>
                <w:sz w:val="38"/>
                <w:szCs w:val="38"/>
                <w:shd w:val="clear" w:color="auto" w:fill="2980B9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2980B9"/>
                <w:rtl/>
              </w:rPr>
              <w:t>4</w:t>
            </w:r>
            <w:r>
              <w:rPr>
                <w:rFonts w:ascii="Alef" w:hAnsi="Alef" w:cs="Alef" w:eastAsia="Alef"/>
                <w:b/>
                <w:bCs/>
                <w:color w:val="FFFFFF"/>
                <w:sz w:val="38"/>
                <w:szCs w:val="38"/>
                <w:shd w:val="clear" w:color="auto" w:fill="2980B9"/>
                <w:rtl/>
              </w:rPr>
              <w:t xml:space="preserve"> </w:t>
            </w:r>
            <w:r>
              <w:rPr>
                <w:rFonts w:ascii="Alef" w:hAnsi="Alef" w:cs="Alef" w:eastAsia="Alef"/>
                <w:sz w:val="38"/>
                <w:szCs w:val="38"/>
                <w:rtl/>
              </w:rPr>
              <w:t xml:space="preserve">  </w:t>
            </w:r>
            <w:r>
              <w:rPr>
                <w:rFonts w:ascii="Alef" w:hAnsi="Alef" w:cs="Alef" w:eastAsia="Alef"/>
                <w:b/>
                <w:bCs/>
                <w:color w:val="1B2631"/>
                <w:sz w:val="38"/>
                <w:szCs w:val="38"/>
                <w:rtl/>
              </w:rPr>
              <w:t>בֵּאוּרֵי מִלִּים</w:t>
            </w:r>
          </w:p>
          <w:p>
            <w:pPr>
              <w:bidi/>
              <w:spacing w:before="0" w:after="60"/>
              <w:jc w:val="both"/>
            </w:pPr>
            <w:r>
              <w:rPr>
                <w:rFonts w:ascii="Alef" w:hAnsi="Alef" w:cs="Alef" w:eastAsia="Alef"/>
                <w:color w:val="444444"/>
                <w:sz w:val="34"/>
                <w:szCs w:val="34"/>
                <w:rtl/>
              </w:rPr>
              <w:t>קִרְאוּ אֶת הַפֵּרוּשׁ. כִּתְבוּ אֶת הַמִּלָּה הַמַּתְאִימָה מִן הַמַּחְסָן.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Alef" w:hAnsi="Alef" w:cs="Alef" w:eastAsia="Alef"/>
                <w:sz w:val="32"/>
                <w:szCs w:val="32"/>
                <w:rtl/>
              </w:rPr>
              <w:t>מִנְחָה שֶׁל שְׂעוֹרִים בְּבֵית הַמִּקְדָּשׁ  ←  עֹמֶר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Alef" w:hAnsi="Alef" w:cs="Alef" w:eastAsia="Alef"/>
                <w:sz w:val="32"/>
                <w:szCs w:val="32"/>
                <w:rtl/>
              </w:rPr>
              <w:t>כְּשֶׁחֹשֶׁךְ וְרוֹאִים כּוֹכָבִים בַּשָּׁמַיִם  ←  צֵאת הַכּוֹכָבִים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Alef" w:hAnsi="Alef" w:cs="Alef" w:eastAsia="Alef"/>
                <w:sz w:val="32"/>
                <w:szCs w:val="32"/>
                <w:rtl/>
              </w:rPr>
              <w:t>צַעַר עַל מִי שֶׁמֵּת  ←  אֲבֵלוּת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Alef" w:hAnsi="Alef" w:cs="Alef" w:eastAsia="Alef"/>
                <w:sz w:val="32"/>
                <w:szCs w:val="32"/>
                <w:rtl/>
              </w:rPr>
              <w:t>גּוֹזְזִים אֶת הַשְּׂעָרוֹת  ←  מִסְתַּפְּרִים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Alef" w:hAnsi="Alef" w:cs="Alef" w:eastAsia="Alef"/>
          <w:sz w:val="4"/>
          <w:szCs w:val="4"/>
          <w:rtl/>
        </w:rPr>
        <w:t xml:space="preserve"> </w:t>
      </w:r>
    </w:p>
    <w:p>
      <w:pPr>
        <w:bidi/>
        <w:spacing w:before="0" w:after="0" w:line="200" w:lineRule="exact"/>
        <w:jc w:val="both"/>
      </w:pPr>
      <w:r>
        <w:rPr>
          <w:rFonts w:ascii="Alef" w:hAnsi="Alef" w:cs="Alef" w:eastAsia="Alef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8" w:space="0" w:color="27AE60"/>
              <w:left w:val="single" w:sz="8" w:space="0" w:color="27AE60"/>
              <w:bottom w:val="single" w:sz="8" w:space="0" w:color="27AE60"/>
              <w:right w:val="single" w:sz="8" w:space="0" w:color="27AE60"/>
            </w:tcBorders>
            <w:shd w:val="clear" w:color="auto" w:fill="27AE60"/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Alef" w:hAnsi="Alef" w:cs="Alef" w:eastAsia="Alef"/>
                <w:b/>
                <w:bCs/>
                <w:color w:val="FFFFFF"/>
                <w:sz w:val="38"/>
                <w:szCs w:val="38"/>
                <w:rtl/>
              </w:rPr>
              <w:t xml:space="preserve">יְחִידָה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rtl/>
              </w:rPr>
              <w:t>2</w:t>
            </w:r>
            <w:r>
              <w:rPr>
                <w:rFonts w:ascii="Alef" w:hAnsi="Alef" w:cs="Alef" w:eastAsia="Alef"/>
                <w:b/>
                <w:bCs/>
                <w:color w:val="FFFFFF"/>
                <w:sz w:val="38"/>
                <w:szCs w:val="38"/>
                <w:rtl/>
              </w:rPr>
              <w:t xml:space="preserve">: יְמֵי אֲבֵלוּת וּפִרְקֵי אָבוֹת  ·  עַמּוּדִים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rtl/>
              </w:rPr>
              <w:t>7</w:t>
            </w:r>
            <w:r>
              <w:rPr>
                <w:rFonts w:ascii="Alef" w:hAnsi="Alef" w:cs="Alef" w:eastAsia="Alef"/>
                <w:b/>
                <w:bCs/>
                <w:color w:val="FFFFFF"/>
                <w:sz w:val="38"/>
                <w:szCs w:val="38"/>
                <w:rtl/>
              </w:rPr>
              <w:t>–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rtl/>
              </w:rPr>
              <w:t>9</w:t>
            </w:r>
          </w:p>
        </w:tc>
      </w:tr>
    </w:tbl>
    <w:p>
      <w:pPr>
        <w:bidi/>
        <w:spacing w:before="0" w:after="0" w:line="80" w:lineRule="exact"/>
        <w:jc w:val="both"/>
      </w:pPr>
      <w:r>
        <w:rPr>
          <w:rFonts w:ascii="Alef" w:hAnsi="Alef" w:cs="Alef" w:eastAsia="Alef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27AE60"/>
              <w:left w:val="single" w:sz="24" w:space="0" w:color="27AE60"/>
              <w:bottom w:val="single" w:sz="24" w:space="0" w:color="27AE60"/>
              <w:right w:val="single" w:sz="24" w:space="0" w:color="27AE60"/>
            </w:tcBorders>
            <w:shd w:val="clear" w:color="auto" w:fill="E9F7EF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Alef" w:hAnsi="Alef" w:cs="Alef" w:eastAsia="Alef"/>
                <w:b/>
                <w:bCs/>
                <w:color w:val="FFFFFF"/>
                <w:sz w:val="38"/>
                <w:szCs w:val="38"/>
                <w:shd w:val="clear" w:color="auto" w:fill="27AE60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27AE60"/>
                <w:rtl/>
              </w:rPr>
              <w:t>5</w:t>
            </w:r>
            <w:r>
              <w:rPr>
                <w:rFonts w:ascii="Alef" w:hAnsi="Alef" w:cs="Alef" w:eastAsia="Alef"/>
                <w:b/>
                <w:bCs/>
                <w:color w:val="FFFFFF"/>
                <w:sz w:val="38"/>
                <w:szCs w:val="38"/>
                <w:shd w:val="clear" w:color="auto" w:fill="27AE60"/>
                <w:rtl/>
              </w:rPr>
              <w:t xml:space="preserve"> </w:t>
            </w:r>
            <w:r>
              <w:rPr>
                <w:rFonts w:ascii="Alef" w:hAnsi="Alef" w:cs="Alef" w:eastAsia="Alef"/>
                <w:sz w:val="38"/>
                <w:szCs w:val="38"/>
                <w:rtl/>
              </w:rPr>
              <w:t xml:space="preserve">  </w:t>
            </w:r>
            <w:r>
              <w:rPr>
                <w:rFonts w:ascii="Alef" w:hAnsi="Alef" w:cs="Alef" w:eastAsia="Alef"/>
                <w:b/>
                <w:bCs/>
                <w:color w:val="1B2631"/>
                <w:sz w:val="38"/>
                <w:szCs w:val="38"/>
                <w:rtl/>
              </w:rPr>
              <w:t>הַקִּיפוּ אֶת הַתְּשׁוּבָה הַנְּכוֹנָה</w:t>
            </w:r>
          </w:p>
          <w:p>
            <w:pPr>
              <w:bidi/>
              <w:spacing w:before="60" w:after="0"/>
              <w:jc w:val="both"/>
            </w:pPr>
            <w:r>
              <w:rPr>
                <w:rFonts w:ascii="Noto Sans" w:hAnsi="Noto Sans" w:cs="Noto Sans" w:eastAsia="Noto Sans"/>
                <w:b/>
                <w:bCs/>
                <w:sz w:val="34"/>
                <w:szCs w:val="34"/>
                <w:rtl/>
              </w:rPr>
              <w:t>1</w:t>
            </w:r>
            <w:r>
              <w:rPr>
                <w:rFonts w:ascii="Alef" w:hAnsi="Alef" w:cs="Alef" w:eastAsia="Alef"/>
                <w:b/>
                <w:bCs/>
                <w:sz w:val="34"/>
                <w:szCs w:val="34"/>
                <w:rtl/>
              </w:rPr>
              <w:t>. לָמָּה נוֹהֲגִים אֲבֵלוּת בַּסְּפִירָה?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Alef" w:hAnsi="Alef" w:cs="Alef" w:eastAsia="Alef"/>
                <w:color w:val="1E8449"/>
                <w:sz w:val="32"/>
                <w:szCs w:val="32"/>
                <w:rtl/>
              </w:rPr>
              <w:t>✔ תַּלְמִידִים מֵתוּ</w:t>
            </w:r>
          </w:p>
          <w:p>
            <w:pPr>
              <w:bidi/>
              <w:spacing w:before="60" w:after="0"/>
              <w:jc w:val="both"/>
            </w:pPr>
            <w:r>
              <w:rPr>
                <w:rFonts w:ascii="Noto Sans" w:hAnsi="Noto Sans" w:cs="Noto Sans" w:eastAsia="Noto Sans"/>
                <w:b/>
                <w:bCs/>
                <w:sz w:val="34"/>
                <w:szCs w:val="34"/>
                <w:rtl/>
              </w:rPr>
              <w:t>2</w:t>
            </w:r>
            <w:r>
              <w:rPr>
                <w:rFonts w:ascii="Alef" w:hAnsi="Alef" w:cs="Alef" w:eastAsia="Alef"/>
                <w:b/>
                <w:bCs/>
                <w:sz w:val="34"/>
                <w:szCs w:val="34"/>
                <w:rtl/>
              </w:rPr>
              <w:t>. מָה לוֹמְדִים בְּשַׁבָּתוֹת הָעֹמֶר?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Alef" w:hAnsi="Alef" w:cs="Alef" w:eastAsia="Alef"/>
                <w:color w:val="1E8449"/>
                <w:sz w:val="32"/>
                <w:szCs w:val="32"/>
                <w:rtl/>
              </w:rPr>
              <w:t>✔ פִּרְקֵי אָבוֹת</w:t>
            </w:r>
          </w:p>
          <w:p>
            <w:pPr>
              <w:bidi/>
              <w:spacing w:before="60" w:after="0"/>
              <w:jc w:val="both"/>
            </w:pPr>
            <w:r>
              <w:rPr>
                <w:rFonts w:ascii="Noto Sans" w:hAnsi="Noto Sans" w:cs="Noto Sans" w:eastAsia="Noto Sans"/>
                <w:b/>
                <w:bCs/>
                <w:sz w:val="34"/>
                <w:szCs w:val="34"/>
                <w:rtl/>
              </w:rPr>
              <w:t>3</w:t>
            </w:r>
            <w:r>
              <w:rPr>
                <w:rFonts w:ascii="Alef" w:hAnsi="Alef" w:cs="Alef" w:eastAsia="Alef"/>
                <w:b/>
                <w:bCs/>
                <w:sz w:val="34"/>
                <w:szCs w:val="34"/>
                <w:rtl/>
              </w:rPr>
              <w:t>. בְּאֵיזֶה יוֹם שְׂמֵחִים?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Alef" w:hAnsi="Alef" w:cs="Alef" w:eastAsia="Alef"/>
                <w:color w:val="1E8449"/>
                <w:sz w:val="32"/>
                <w:szCs w:val="32"/>
                <w:rtl/>
              </w:rPr>
              <w:t>✔ ל״ג בָּעֹמֶר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Alef" w:hAnsi="Alef" w:cs="Alef" w:eastAsia="Alef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27AE60"/>
              <w:left w:val="single" w:sz="24" w:space="0" w:color="27AE60"/>
              <w:bottom w:val="single" w:sz="24" w:space="0" w:color="27AE60"/>
              <w:right w:val="single" w:sz="24" w:space="0" w:color="27AE60"/>
            </w:tcBorders>
            <w:shd w:val="clear" w:color="auto" w:fill="E9F7EF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Alef" w:hAnsi="Alef" w:cs="Alef" w:eastAsia="Alef"/>
                <w:b/>
                <w:bCs/>
                <w:color w:val="FFFFFF"/>
                <w:sz w:val="38"/>
                <w:szCs w:val="38"/>
                <w:shd w:val="clear" w:color="auto" w:fill="27AE60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27AE60"/>
                <w:rtl/>
              </w:rPr>
              <w:t>6</w:t>
            </w:r>
            <w:r>
              <w:rPr>
                <w:rFonts w:ascii="Alef" w:hAnsi="Alef" w:cs="Alef" w:eastAsia="Alef"/>
                <w:b/>
                <w:bCs/>
                <w:color w:val="FFFFFF"/>
                <w:sz w:val="38"/>
                <w:szCs w:val="38"/>
                <w:shd w:val="clear" w:color="auto" w:fill="27AE60"/>
                <w:rtl/>
              </w:rPr>
              <w:t xml:space="preserve"> </w:t>
            </w:r>
            <w:r>
              <w:rPr>
                <w:rFonts w:ascii="Alef" w:hAnsi="Alef" w:cs="Alef" w:eastAsia="Alef"/>
                <w:sz w:val="38"/>
                <w:szCs w:val="38"/>
                <w:rtl/>
              </w:rPr>
              <w:t xml:space="preserve">  </w:t>
            </w:r>
            <w:r>
              <w:rPr>
                <w:rFonts w:ascii="Alef" w:hAnsi="Alef" w:cs="Alef" w:eastAsia="Alef"/>
                <w:b/>
                <w:bCs/>
                <w:color w:val="1B2631"/>
                <w:sz w:val="38"/>
                <w:szCs w:val="38"/>
                <w:rtl/>
              </w:rPr>
              <w:t>מְמַיְּנִים</w:t>
            </w:r>
          </w:p>
          <w:p>
            <w:pPr>
              <w:bidi/>
              <w:spacing w:before="0" w:after="60"/>
              <w:jc w:val="both"/>
            </w:pPr>
            <w:r>
              <w:rPr>
                <w:rFonts w:ascii="Alef" w:hAnsi="Alef" w:cs="Alef" w:eastAsia="Alef"/>
                <w:color w:val="444444"/>
                <w:sz w:val="34"/>
                <w:szCs w:val="34"/>
                <w:rtl/>
              </w:rPr>
              <w:t>כִּתְבוּ כָּל דָּבָר בַּמָּקוֹם הַנָּכוֹן בִּימֵי הָאֲבֵלוּת.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Alef" w:hAnsi="Alef" w:cs="Alef" w:eastAsia="Alef"/>
                <w:sz w:val="32"/>
                <w:szCs w:val="32"/>
                <w:rtl/>
              </w:rPr>
              <w:t>לֹא עוֹשִׂים: מִסְתַּפְּרִים · חֲתֻנָּה עִם רִקּוּדִים · שׁוֹמְעִים מוּזִיקָה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Alef" w:hAnsi="Alef" w:cs="Alef" w:eastAsia="Alef"/>
                <w:sz w:val="32"/>
                <w:szCs w:val="32"/>
                <w:rtl/>
              </w:rPr>
              <w:t>כֵּן עוֹשִׂים: סוֹפְרִים אֶת הָעֹמֶר · לוֹמְדִים פִּרְקֵי אָבוֹת · מְכַבְּדִים חֲבֵרִים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Alef" w:hAnsi="Alef" w:cs="Alef" w:eastAsia="Alef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27AE60"/>
              <w:left w:val="single" w:sz="24" w:space="0" w:color="27AE60"/>
              <w:bottom w:val="single" w:sz="24" w:space="0" w:color="27AE60"/>
              <w:right w:val="single" w:sz="24" w:space="0" w:color="27AE60"/>
            </w:tcBorders>
            <w:shd w:val="clear" w:color="auto" w:fill="E9F7EF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Alef" w:hAnsi="Alef" w:cs="Alef" w:eastAsia="Alef"/>
                <w:b/>
                <w:bCs/>
                <w:color w:val="FFFFFF"/>
                <w:sz w:val="38"/>
                <w:szCs w:val="38"/>
                <w:shd w:val="clear" w:color="auto" w:fill="27AE60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27AE60"/>
                <w:rtl/>
              </w:rPr>
              <w:t>7</w:t>
            </w:r>
            <w:r>
              <w:rPr>
                <w:rFonts w:ascii="Alef" w:hAnsi="Alef" w:cs="Alef" w:eastAsia="Alef"/>
                <w:b/>
                <w:bCs/>
                <w:color w:val="FFFFFF"/>
                <w:sz w:val="38"/>
                <w:szCs w:val="38"/>
                <w:shd w:val="clear" w:color="auto" w:fill="27AE60"/>
                <w:rtl/>
              </w:rPr>
              <w:t xml:space="preserve"> </w:t>
            </w:r>
            <w:r>
              <w:rPr>
                <w:rFonts w:ascii="Alef" w:hAnsi="Alef" w:cs="Alef" w:eastAsia="Alef"/>
                <w:sz w:val="38"/>
                <w:szCs w:val="38"/>
                <w:rtl/>
              </w:rPr>
              <w:t xml:space="preserve">  </w:t>
            </w:r>
            <w:r>
              <w:rPr>
                <w:rFonts w:ascii="Alef" w:hAnsi="Alef" w:cs="Alef" w:eastAsia="Alef"/>
                <w:b/>
                <w:bCs/>
                <w:color w:val="1B2631"/>
                <w:sz w:val="38"/>
                <w:szCs w:val="38"/>
                <w:rtl/>
              </w:rPr>
              <w:t>מָה מַתְאִים?</w:t>
            </w:r>
          </w:p>
          <w:p>
            <w:pPr>
              <w:bidi/>
              <w:spacing w:before="0" w:after="60"/>
              <w:jc w:val="both"/>
            </w:pPr>
            <w:r>
              <w:rPr>
                <w:rFonts w:ascii="Alef" w:hAnsi="Alef" w:cs="Alef" w:eastAsia="Alef"/>
                <w:color w:val="444444"/>
                <w:sz w:val="34"/>
                <w:szCs w:val="34"/>
                <w:rtl/>
              </w:rPr>
              <w:t>מִתְחוּ קַו בֵּין הַמִּלָּה לַהֶסְבֵּר.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Alef" w:hAnsi="Alef" w:cs="Alef" w:eastAsia="Alef"/>
                <w:sz w:val="32"/>
                <w:szCs w:val="32"/>
                <w:rtl/>
              </w:rPr>
              <w:t>רַבִּי עֲקִיבָא  ←  הָיוּ לוֹ תַּלְמִידִים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Alef" w:hAnsi="Alef" w:cs="Alef" w:eastAsia="Alef"/>
                <w:sz w:val="32"/>
                <w:szCs w:val="32"/>
                <w:rtl/>
              </w:rPr>
              <w:t>ל״ג בָּעֹמֶר  ←  יוֹם שֶׁל שִׂמְחָה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Alef" w:hAnsi="Alef" w:cs="Alef" w:eastAsia="Alef"/>
                <w:sz w:val="32"/>
                <w:szCs w:val="32"/>
                <w:rtl/>
              </w:rPr>
              <w:t>פִּרְקֵי אָבוֹת  ←  לוֹמְדִים בְּשַׁבָּת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Alef" w:hAnsi="Alef" w:cs="Alef" w:eastAsia="Alef"/>
                <w:sz w:val="32"/>
                <w:szCs w:val="32"/>
                <w:rtl/>
              </w:rPr>
              <w:t>יְמֵי הָעֹמֶר  ←  לֹא מִסְתַּפְּרִים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Alef" w:hAnsi="Alef" w:cs="Alef" w:eastAsia="Alef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27AE60"/>
              <w:left w:val="single" w:sz="24" w:space="0" w:color="27AE60"/>
              <w:bottom w:val="single" w:sz="24" w:space="0" w:color="27AE60"/>
              <w:right w:val="single" w:sz="24" w:space="0" w:color="27AE60"/>
            </w:tcBorders>
            <w:shd w:val="clear" w:color="auto" w:fill="E9F7EF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Alef" w:hAnsi="Alef" w:cs="Alef" w:eastAsia="Alef"/>
                <w:b/>
                <w:bCs/>
                <w:color w:val="FFFFFF"/>
                <w:sz w:val="38"/>
                <w:szCs w:val="38"/>
                <w:shd w:val="clear" w:color="auto" w:fill="27AE60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27AE60"/>
                <w:rtl/>
              </w:rPr>
              <w:t>8</w:t>
            </w:r>
            <w:r>
              <w:rPr>
                <w:rFonts w:ascii="Alef" w:hAnsi="Alef" w:cs="Alef" w:eastAsia="Alef"/>
                <w:b/>
                <w:bCs/>
                <w:color w:val="FFFFFF"/>
                <w:sz w:val="38"/>
                <w:szCs w:val="38"/>
                <w:shd w:val="clear" w:color="auto" w:fill="27AE60"/>
                <w:rtl/>
              </w:rPr>
              <w:t xml:space="preserve"> </w:t>
            </w:r>
            <w:r>
              <w:rPr>
                <w:rFonts w:ascii="Alef" w:hAnsi="Alef" w:cs="Alef" w:eastAsia="Alef"/>
                <w:sz w:val="38"/>
                <w:szCs w:val="38"/>
                <w:rtl/>
              </w:rPr>
              <w:t xml:space="preserve">  </w:t>
            </w:r>
            <w:r>
              <w:rPr>
                <w:rFonts w:ascii="Alef" w:hAnsi="Alef" w:cs="Alef" w:eastAsia="Alef"/>
                <w:b/>
                <w:bCs/>
                <w:color w:val="1B2631"/>
                <w:sz w:val="38"/>
                <w:szCs w:val="38"/>
                <w:rtl/>
              </w:rPr>
              <w:t>גּוֹזְרִים וּמַדְבִּיקִים תְּמוּנוֹת</w:t>
            </w:r>
          </w:p>
          <w:p>
            <w:pPr>
              <w:bidi/>
              <w:spacing w:before="0" w:after="60"/>
              <w:jc w:val="both"/>
            </w:pPr>
            <w:r>
              <w:rPr>
                <w:rFonts w:ascii="Alef" w:hAnsi="Alef" w:cs="Alef" w:eastAsia="Alef"/>
                <w:color w:val="444444"/>
                <w:sz w:val="34"/>
                <w:szCs w:val="34"/>
                <w:rtl/>
              </w:rPr>
              <w:t>גִּזְרוּ אֶת הַתְּמוּנוֹת מִדַּף הַגְּזִירָה וְהַדְבִּיקוּ כָּל תְּמוּנָה מֵעַל הַמִּשְׁפָּט הַמַּתְאִים.</w:t>
            </w:r>
          </w:p>
          <w:p>
            <w:pPr>
              <w:bidi/>
              <w:spacing w:before="0" w:after="0"/>
              <w:jc w:val="both"/>
            </w:pPr>
            <w:r>
              <w:drawing>
                <wp:inline xmlns:a="http://schemas.openxmlformats.org/drawingml/2006/main" xmlns:pic="http://schemas.openxmlformats.org/drawingml/2006/picture">
                  <wp:extent cx="381600" cy="3960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emo_792b3a292e_330.pn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1600" cy="39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lef" w:hAnsi="Alef" w:cs="Alef" w:eastAsia="Alef"/>
                <w:sz w:val="32"/>
                <w:szCs w:val="32"/>
                <w:rtl/>
              </w:rPr>
              <w:t xml:space="preserve">  </w:t>
            </w:r>
            <w:r>
              <w:rPr>
                <w:rFonts w:ascii="Noto Sans" w:hAnsi="Noto Sans" w:cs="Noto Sans" w:eastAsia="Noto Sans"/>
                <w:sz w:val="32"/>
                <w:szCs w:val="32"/>
                <w:rtl/>
              </w:rPr>
              <w:t>49</w:t>
            </w:r>
            <w:r>
              <w:rPr>
                <w:rFonts w:ascii="Alef" w:hAnsi="Alef" w:cs="Alef" w:eastAsia="Alef"/>
                <w:sz w:val="32"/>
                <w:szCs w:val="32"/>
                <w:rtl/>
              </w:rPr>
              <w:t xml:space="preserve"> יָמִים  ←  סוֹפְרִים אַרְבָּעִים וְתִשְׁעָה יָמִים.</w:t>
            </w:r>
          </w:p>
          <w:p>
            <w:pPr>
              <w:bidi/>
              <w:spacing w:before="0" w:after="0"/>
              <w:jc w:val="both"/>
            </w:pPr>
            <w:r>
              <w:drawing>
                <wp:inline xmlns:a="http://schemas.openxmlformats.org/drawingml/2006/main" xmlns:pic="http://schemas.openxmlformats.org/drawingml/2006/picture">
                  <wp:extent cx="255600" cy="398486"/>
                  <wp:docPr id="2" name="Picture 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la_g2_t12_col1_700.png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5600" cy="398486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lef" w:hAnsi="Alef" w:cs="Alef" w:eastAsia="Alef"/>
                <w:sz w:val="32"/>
                <w:szCs w:val="32"/>
                <w:rtl/>
              </w:rPr>
              <w:t xml:space="preserve">  עֹמֶר שֶׁל שְׂעוֹרִים  ←  בְּבֵית הַמִּקְדָּשׁ הֵבִיאוּ עֹמֶר שֶׁל שְׂעוֹרִים.</w:t>
            </w:r>
          </w:p>
          <w:p>
            <w:pPr>
              <w:bidi/>
              <w:spacing w:before="0" w:after="0"/>
              <w:jc w:val="both"/>
            </w:pPr>
            <w:r>
              <w:drawing>
                <wp:inline xmlns:a="http://schemas.openxmlformats.org/drawingml/2006/main" xmlns:pic="http://schemas.openxmlformats.org/drawingml/2006/picture">
                  <wp:extent cx="453600" cy="395869"/>
                  <wp:docPr id="3" name="Picture 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emo_8190c7b960_330.png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3600" cy="395869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lef" w:hAnsi="Alef" w:cs="Alef" w:eastAsia="Alef"/>
                <w:sz w:val="32"/>
                <w:szCs w:val="32"/>
                <w:rtl/>
              </w:rPr>
              <w:t xml:space="preserve">  מֵירוֹן  ←  בְּל״ג בָּעֹמֶר רַבִּים עוֹלִים לְהַר מֵירוֹן.</w:t>
            </w:r>
          </w:p>
          <w:p>
            <w:pPr>
              <w:bidi/>
              <w:spacing w:before="0" w:after="0"/>
              <w:jc w:val="both"/>
            </w:pPr>
            <w:r>
              <w:drawing>
                <wp:inline xmlns:a="http://schemas.openxmlformats.org/drawingml/2006/main" xmlns:pic="http://schemas.openxmlformats.org/drawingml/2006/picture">
                  <wp:extent cx="565200" cy="396447"/>
                  <wp:docPr id="4" name="Picture 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la_g2_t12_col2_700.png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5200" cy="396447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lef" w:hAnsi="Alef" w:cs="Alef" w:eastAsia="Alef"/>
                <w:sz w:val="32"/>
                <w:szCs w:val="32"/>
                <w:rtl/>
              </w:rPr>
              <w:t xml:space="preserve">  מְדוּרַת ל״ג בָּעֹמֶר  ←  בְּל״ג בָּעֹמֶר שְׂמֵחִים לְיַד הַמְּדוּרָה.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Alef" w:hAnsi="Alef" w:cs="Alef" w:eastAsia="Alef"/>
          <w:sz w:val="4"/>
          <w:szCs w:val="4"/>
          <w:rtl/>
        </w:rPr>
        <w:t xml:space="preserve"> </w:t>
      </w:r>
    </w:p>
    <w:p>
      <w:pPr>
        <w:bidi/>
        <w:spacing w:before="0" w:after="0" w:line="200" w:lineRule="exact"/>
        <w:jc w:val="both"/>
      </w:pPr>
      <w:r>
        <w:rPr>
          <w:rFonts w:ascii="Alef" w:hAnsi="Alef" w:cs="Alef" w:eastAsia="Alef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8" w:space="0" w:color="7D3C98"/>
              <w:left w:val="single" w:sz="8" w:space="0" w:color="7D3C98"/>
              <w:bottom w:val="single" w:sz="8" w:space="0" w:color="7D3C98"/>
              <w:right w:val="single" w:sz="8" w:space="0" w:color="7D3C98"/>
            </w:tcBorders>
            <w:shd w:val="clear" w:color="auto" w:fill="7D3C98"/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Alef" w:hAnsi="Alef" w:cs="Alef" w:eastAsia="Alef"/>
                <w:b/>
                <w:bCs/>
                <w:color w:val="FFFFFF"/>
                <w:sz w:val="38"/>
                <w:szCs w:val="38"/>
                <w:rtl/>
              </w:rPr>
              <w:t xml:space="preserve">מָה לָמַדְנוּ?  ·  עַמּוּד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rtl/>
              </w:rPr>
              <w:t>10</w:t>
            </w:r>
          </w:p>
        </w:tc>
      </w:tr>
    </w:tbl>
    <w:p>
      <w:pPr>
        <w:bidi/>
        <w:spacing w:before="0" w:after="0" w:line="80" w:lineRule="exact"/>
        <w:jc w:val="both"/>
      </w:pPr>
      <w:r>
        <w:rPr>
          <w:rFonts w:ascii="Alef" w:hAnsi="Alef" w:cs="Alef" w:eastAsia="Alef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7D3C98"/>
              <w:left w:val="single" w:sz="24" w:space="0" w:color="7D3C98"/>
              <w:bottom w:val="single" w:sz="24" w:space="0" w:color="7D3C98"/>
              <w:right w:val="single" w:sz="24" w:space="0" w:color="7D3C98"/>
            </w:tcBorders>
            <w:shd w:val="clear" w:color="auto" w:fill="FFFFFF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Alef" w:hAnsi="Alef" w:cs="Alef" w:eastAsia="Alef"/>
                <w:b/>
                <w:bCs/>
                <w:color w:val="FFFFFF"/>
                <w:sz w:val="38"/>
                <w:szCs w:val="38"/>
                <w:shd w:val="clear" w:color="auto" w:fill="7D3C98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7D3C98"/>
                <w:rtl/>
              </w:rPr>
              <w:t>9</w:t>
            </w:r>
            <w:r>
              <w:rPr>
                <w:rFonts w:ascii="Alef" w:hAnsi="Alef" w:cs="Alef" w:eastAsia="Alef"/>
                <w:b/>
                <w:bCs/>
                <w:color w:val="FFFFFF"/>
                <w:sz w:val="38"/>
                <w:szCs w:val="38"/>
                <w:shd w:val="clear" w:color="auto" w:fill="7D3C98"/>
                <w:rtl/>
              </w:rPr>
              <w:t xml:space="preserve"> </w:t>
            </w:r>
            <w:r>
              <w:rPr>
                <w:rFonts w:ascii="Alef" w:hAnsi="Alef" w:cs="Alef" w:eastAsia="Alef"/>
                <w:sz w:val="38"/>
                <w:szCs w:val="38"/>
                <w:rtl/>
              </w:rPr>
              <w:t xml:space="preserve">  </w:t>
            </w:r>
            <w:r>
              <w:rPr>
                <w:rFonts w:ascii="Alef" w:hAnsi="Alef" w:cs="Alef" w:eastAsia="Alef"/>
                <w:b/>
                <w:bCs/>
                <w:color w:val="1B2631"/>
                <w:sz w:val="38"/>
                <w:szCs w:val="38"/>
                <w:rtl/>
              </w:rPr>
              <w:t>נָכוֹן אוֹ לֹא נָכוֹן?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Noto Sans" w:hAnsi="Noto Sans" w:cs="Noto Sans" w:eastAsia="Noto Sans"/>
                <w:sz w:val="32"/>
                <w:szCs w:val="32"/>
                <w:rtl/>
              </w:rPr>
              <w:t>1</w:t>
            </w:r>
            <w:r>
              <w:rPr>
                <w:rFonts w:ascii="Alef" w:hAnsi="Alef" w:cs="Alef" w:eastAsia="Alef"/>
                <w:sz w:val="32"/>
                <w:szCs w:val="32"/>
                <w:rtl/>
              </w:rPr>
              <w:t>. כְּשֶׁסּוֹפְרִים אֶת הָעֹמֶר, עוֹמְדִים.  ←  נָכוֹן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Noto Sans" w:hAnsi="Noto Sans" w:cs="Noto Sans" w:eastAsia="Noto Sans"/>
                <w:sz w:val="32"/>
                <w:szCs w:val="32"/>
                <w:rtl/>
              </w:rPr>
              <w:t>2</w:t>
            </w:r>
            <w:r>
              <w:rPr>
                <w:rFonts w:ascii="Alef" w:hAnsi="Alef" w:cs="Alef" w:eastAsia="Alef"/>
                <w:sz w:val="32"/>
                <w:szCs w:val="32"/>
                <w:rtl/>
              </w:rPr>
              <w:t>. בִּימֵי הָעֹמֶר עוֹשִׂים חֲתֻנּוֹת גְּדוֹלוֹת.  ←  לֹא נָכוֹן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Noto Sans" w:hAnsi="Noto Sans" w:cs="Noto Sans" w:eastAsia="Noto Sans"/>
                <w:sz w:val="32"/>
                <w:szCs w:val="32"/>
                <w:rtl/>
              </w:rPr>
              <w:t>3</w:t>
            </w:r>
            <w:r>
              <w:rPr>
                <w:rFonts w:ascii="Alef" w:hAnsi="Alef" w:cs="Alef" w:eastAsia="Alef"/>
                <w:sz w:val="32"/>
                <w:szCs w:val="32"/>
                <w:rtl/>
              </w:rPr>
              <w:t>. בְּל״ג בָּעֹמֶר מַרְבִּים בְּשִׂמְחָה.  ←  נָכוֹן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Noto Sans" w:hAnsi="Noto Sans" w:cs="Noto Sans" w:eastAsia="Noto Sans"/>
                <w:sz w:val="32"/>
                <w:szCs w:val="32"/>
                <w:rtl/>
              </w:rPr>
              <w:t>4</w:t>
            </w:r>
            <w:r>
              <w:rPr>
                <w:rFonts w:ascii="Alef" w:hAnsi="Alef" w:cs="Alef" w:eastAsia="Alef"/>
                <w:sz w:val="32"/>
                <w:szCs w:val="32"/>
                <w:rtl/>
              </w:rPr>
              <w:t>. פִּרְקֵי אָבוֹת מְלַמְּדִים מִדּוֹת טוֹבוֹת.  ←  נָכוֹן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Alef" w:hAnsi="Alef" w:cs="Alef" w:eastAsia="Alef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7D3C98"/>
              <w:left w:val="single" w:sz="24" w:space="0" w:color="7D3C98"/>
              <w:bottom w:val="single" w:sz="24" w:space="0" w:color="7D3C98"/>
              <w:right w:val="single" w:sz="24" w:space="0" w:color="7D3C98"/>
            </w:tcBorders>
            <w:shd w:val="clear" w:color="auto" w:fill="FFFFFF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Alef" w:hAnsi="Alef" w:cs="Alef" w:eastAsia="Alef"/>
                <w:b/>
                <w:bCs/>
                <w:color w:val="FFFFFF"/>
                <w:sz w:val="38"/>
                <w:szCs w:val="38"/>
                <w:shd w:val="clear" w:color="auto" w:fill="7D3C98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7D3C98"/>
                <w:rtl/>
              </w:rPr>
              <w:t>10</w:t>
            </w:r>
            <w:r>
              <w:rPr>
                <w:rFonts w:ascii="Alef" w:hAnsi="Alef" w:cs="Alef" w:eastAsia="Alef"/>
                <w:b/>
                <w:bCs/>
                <w:color w:val="FFFFFF"/>
                <w:sz w:val="38"/>
                <w:szCs w:val="38"/>
                <w:shd w:val="clear" w:color="auto" w:fill="7D3C98"/>
                <w:rtl/>
              </w:rPr>
              <w:t xml:space="preserve"> </w:t>
            </w:r>
            <w:r>
              <w:rPr>
                <w:rFonts w:ascii="Alef" w:hAnsi="Alef" w:cs="Alef" w:eastAsia="Alef"/>
                <w:sz w:val="38"/>
                <w:szCs w:val="38"/>
                <w:rtl/>
              </w:rPr>
              <w:t xml:space="preserve">  </w:t>
            </w:r>
            <w:r>
              <w:rPr>
                <w:rFonts w:ascii="Alef" w:hAnsi="Alef" w:cs="Alef" w:eastAsia="Alef"/>
                <w:b/>
                <w:bCs/>
                <w:color w:val="1B2631"/>
                <w:sz w:val="38"/>
                <w:szCs w:val="38"/>
                <w:rtl/>
              </w:rPr>
              <w:t>מְצַיְּרִים</w:t>
            </w:r>
          </w:p>
          <w:p>
            <w:pPr>
              <w:bidi/>
              <w:spacing w:before="0" w:after="60"/>
              <w:jc w:val="both"/>
            </w:pPr>
            <w:r>
              <w:rPr>
                <w:rFonts w:ascii="Alef" w:hAnsi="Alef" w:cs="Alef" w:eastAsia="Alef"/>
                <w:sz w:val="34"/>
                <w:szCs w:val="34"/>
                <w:rtl/>
              </w:rPr>
              <w:t>צַיְּרוּ אֵיךְ תְּכַבְּדוּ חָבֵר בִּימֵי הָעֹמֶר.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Alef" w:hAnsi="Alef" w:cs="Alef" w:eastAsia="Alef"/>
                <w:color w:val="1E8449"/>
                <w:sz w:val="32"/>
                <w:szCs w:val="32"/>
                <w:rtl/>
              </w:rPr>
              <w:t>תשובה אישית.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Alef" w:hAnsi="Alef" w:cs="Alef" w:eastAsia="Alef"/>
          <w:sz w:val="4"/>
          <w:szCs w:val="4"/>
          <w:rtl/>
        </w:rPr>
        <w:t xml:space="preserve"> 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624" w:right="794" w:bottom="567" w:left="794" w:header="227" w:footer="283" w:gutter="0"/>
      <w:cols w:space="720"/>
      <w:docGrid w:linePitch="360"/>
      <w:titlePg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spacing w:before="0" w:after="0"/>
      <w:jc w:val="center"/>
    </w:pPr>
    <w:r>
      <w:rPr>
        <w:rFonts w:ascii="Alef" w:hAnsi="Alef" w:cs="Alef" w:eastAsia="Alef"/>
        <w:color w:val="777777"/>
        <w:sz w:val="24"/>
        <w:szCs w:val="24"/>
        <w:rtl/>
      </w:rPr>
      <w:fldChar w:fldCharType="begin"/>
      <w:instrText xml:space="preserve"> PAGE 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bidi/>
      <w:spacing w:before="0" w:after="0"/>
      <w:jc w:val="both"/>
    </w:pPr>
    <w:r>
      <w:rPr>
        <w:rFonts w:ascii="Alef" w:hAnsi="Alef" w:cs="Alef" w:eastAsia="Alef"/>
        <w:b/>
        <w:bCs/>
        <w:color w:val="555555"/>
        <w:sz w:val="24"/>
        <w:szCs w:val="24"/>
        <w:rtl/>
      </w:rPr>
      <w:t>בס"ד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bidi/>
      <w:spacing w:after="0" w:line="240" w:lineRule="auto"/>
    </w:pPr>
    <w:rPr>
      <w:rFonts w:ascii="Alef" w:hAnsi="Alef" w:cs="Alef" w:eastAsia="Alef"/>
      <w:sz w:val="36"/>
      <w:szCs w:val="36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