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שַׁבָּת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ף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שַׁבָּת  (שבת)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נֵרוֹת  (נרות)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חַלָּה  (חלה)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קִדּוּשׁ  (קידוש)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יַיִן  (יין)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מוּסָף  (מוסף)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סְעוּדָה  (סעודה)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מַפָּה  (מפה)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עֹנֶג  (עונג)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מְנוּחָה  (מנוחה)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