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שַׁבָּת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FFFFFF"/>
                <w:sz w:val="38"/>
                <w:szCs w:val="38"/>
                <w:rtl/>
              </w:rPr>
              <w:t>יוֹם קָדוֹשׁ שֶׁל מְנוּחָה וְשִׂמְחָה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David Libre" w:hAnsi="David Libre" w:cs="David Libre" w:eastAsia="David Libre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: כְּבוֹד שַׁבָּת וְהַדְלָקַת נֵרוֹת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2E86DE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: תְּפִלּוֹת, קִדּוּשׁ וּסְעוּדוֹת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67E22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E67E22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David Libre" w:hAnsi="David Libre" w:cs="David Libre" w:eastAsia="David Libre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David Libre" w:hAnsi="David Libre" w:cs="David Libre" w:eastAsia="David Libre"/>
          <w:sz w:val="36"/>
          <w:szCs w:val="36"/>
          <w:rtl/>
        </w:rPr>
        <w:t>בַּחוֹבֶרֶת הַזֹּאת נִלְמַד עַל יוֹם הַשַּׁבָּת הַקָּדוֹשׁ.</w:t>
      </w:r>
    </w:p>
    <w:p>
      <w:pPr>
        <w:bidi/>
        <w:spacing w:before="0" w:after="120" w:line="276" w:lineRule="auto"/>
        <w:jc w:val="both"/>
      </w:pPr>
      <w:r>
        <w:rPr>
          <w:rFonts w:ascii="David Libre" w:hAnsi="David Libre" w:cs="David Libre" w:eastAsia="David Libre"/>
          <w:sz w:val="36"/>
          <w:szCs w:val="36"/>
          <w:rtl/>
        </w:rPr>
        <w:t>נִלְמַד אֵיךְ מְכִינִים אֶת הַבַּיִת וּמַדְלִיקִים נֵרוֹת.</w:t>
      </w:r>
    </w:p>
    <w:p>
      <w:pPr>
        <w:bidi/>
        <w:spacing w:before="0" w:after="120" w:line="276" w:lineRule="auto"/>
        <w:jc w:val="both"/>
      </w:pPr>
      <w:r>
        <w:rPr>
          <w:rFonts w:ascii="David Libre" w:hAnsi="David Libre" w:cs="David Libre" w:eastAsia="David Libre"/>
          <w:sz w:val="36"/>
          <w:szCs w:val="36"/>
          <w:rtl/>
        </w:rPr>
        <w:t>נִלְמַד גַּם עַל הַתְּפִלּוֹת, הַקִּדּוּשׁ וְשָׁלֹשׁ הַסְּעוּדוֹת.</w:t>
      </w:r>
    </w:p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David Libre" w:hAnsi="David Libre" w:cs="David Libre" w:eastAsia="David Libre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2E86DE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כְּבוֹד שַׁבָּת וְהַדְלָקַת נֵרוֹת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E86DE"/>
                <w:sz w:val="38"/>
                <w:szCs w:val="38"/>
                <w:rtl/>
              </w:rPr>
              <w:t xml:space="preserve">✦ </w:t>
            </w:r>
            <w:r>
              <w:rPr>
                <w:rFonts w:ascii="David Libre" w:hAnsi="David Libre" w:cs="David Libre" w:eastAsia="David Libre"/>
                <w:b/>
                <w:bCs/>
                <w:color w:val="2E86DE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שַׁבָּת הִיא יוֹם קָדוֹשׁ. ה' בָּרָא אֶת הָעוֹלָם בְּשִׁשָּׁה יָמִים, וּבַיּוֹם הַשְּׁבִיעִי שָׁבַת.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בְּיוֹם שִׁשִּׁי מְכִינִים אֶת הַבַּיִת וְלוֹבְשִׁים בִּגְדֵי שַׁבָּת יָפִים.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כָּל אֶחָד עוֹזֵר וְעוֹשֶׂה מַשֶּׁהוּ לִכְבוֹד שַׁבָּת.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לִפְנֵי הַשְּׁקִיעָה מַדְלִיקִים לְפָחוֹת שְׁנֵי נֵרוֹת, כְּנֶגֶד ״זָכוֹר״ וְ״שָׁמוֹר״.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2E86DE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2E86DE"/>
                    <w:left w:val="dashed" w:sz="8" w:space="0" w:color="2E86DE"/>
                    <w:bottom w:val="dashed" w:sz="8" w:space="0" w:color="2E86DE"/>
                    <w:right w:val="dashed" w:sz="8" w:space="0" w:color="2E86DE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כְּבוֹד שַׁבָּת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מַעֲשִׂים שֶׁמַּרְאִים שֶׁהַשַּׁבָּת חֲשׁוּבָה לָנוּ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עֶרֶב שַׁבָּת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יוֹם שִׁשִּׁי, לִפְנֵי שֶׁהַשַּׁבָּת נִכְנֶסֶת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שְׁקִיעָה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כְּשֶׁהַשֶּׁמֶשׁ יוֹרֶדֶת וְנֶעֱלֶמֶת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«וִיתַקֵּן אֶת הַבַּיִת, וְיַצִּיעַ אֶת הַמִּטוֹת, וְיִפְרֹס מַפָּה עַל הַשֻּׁלְחָן, וּתְהֵא פְּרוּסָה כָּל יוֹם הַשַּׁבָּת.»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(קִצּוּר שֻׁלְחָן עָרוּךְ, סִימָן עב, סָעִיף ז)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שַׁבָּת הִיא הַיּוֹם הַשְּׁבִיעִי.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בְּעֶרֶב שַׁבָּת מְכִינִים אֶת הַבַּיִת.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מַדְלִיקִים נֵרוֹת אַחֲרֵי שֶׁיּוֹרֵד חֹשֶׁךְ.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מַדְלִיקִים לְפָחוֹת שְׁנֵי נֵרוֹת.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2E86DE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כְּבוֹד שַׁבָּת וְהַדְלָקַת נֵרוֹת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מָה עוֹשִׂים לִכְבוֹד שַׁבָּת?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מִתְחוּ קַו בֵּין הַחֵפֶץ לְמָה שֶׁעוֹשִׂים בּוֹ.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מַפָּה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מַדְלִיקִים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בִּגְדֵי שַׁבָּת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מְנַקִּים אֶת הַבַּיִת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נֵרוֹת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פּוֹרְסִים עַל הַשֻּׁלְחָן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מַטְאֲטֵא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לוֹבְשִׁים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סֵדֶר יוֹם שִׁשִּׁי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2E86DE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כְּבוֹד שַׁבָּת וְהַדְלָקַת נֵרוֹת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כְּבוֹד שַׁבָּת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סְעוּדָה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עֶרֶב שַׁבָּת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קִדּוּשׁ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6463"/>
              <w:gridCol w:w="3402"/>
            </w:tblGrid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בְּרָכָה עַל כּוֹס יַיִן, שֶׁאוֹמֶרֶת שֶׁהַשַּׁבָּת קְדוֹשָׁה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מַעֲשִׂים שֶׁמַּרְאִים שֶׁהַשַּׁבָּת חֲשׁוּבָה לָנוּ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אֲרוּחָה חֲגִיגִית עִם לֶחֶם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יוֹם שִׁשִּׁי, לִפְנֵי שֶׁהַשַּׁבָּת נִכְנֶסֶת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E67E22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תְּפִלּוֹת, קִדּוּשׁ וּסְעוּדוֹת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E67E22"/>
                <w:sz w:val="38"/>
                <w:szCs w:val="38"/>
                <w:rtl/>
              </w:rPr>
              <w:t xml:space="preserve">✦ </w:t>
            </w:r>
            <w:r>
              <w:rPr>
                <w:rFonts w:ascii="David Libre" w:hAnsi="David Libre" w:cs="David Libre" w:eastAsia="David Libre"/>
                <w:b/>
                <w:bCs/>
                <w:color w:val="E67E22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בְּשַׁבָּת מִתְפַּלְּלִים בְּבֵית הַכְּנֶסֶת: קַבָּלַת שַׁבָּת, עַרְבִית, שַׁחֲרִית, מוּסָף וּמִנְחָה.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לִפְנֵי הַסְּעוּדָה עוֹשִׂים קִדּוּשׁ עַל כּוֹס יַיִן, וּמְבָרְכִים עַל שְׁתֵּי חַלּוֹת.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אוֹכְלִים שָׁלֹשׁ סְעוּדוֹת: בְּלֵיל שַׁבָּת, בַּבֹּקֶר וְאַחַר הַצָּהֳרַיִם.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בְּשַׁבָּת שְׂמֵחִים, נָחִים וְאוֹכְלִים מַאֲכָלִים טְעִימִים – זֶה עֹנֶג שַׁבָּת.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E67E22"/>
                    <w:left w:val="dashed" w:sz="8" w:space="0" w:color="E67E22"/>
                    <w:bottom w:val="dashed" w:sz="8" w:space="0" w:color="E67E22"/>
                    <w:right w:val="dashed" w:sz="8" w:space="0" w:color="E67E22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קִדּוּשׁ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בְּרָכָה עַל כּוֹס יַיִן, שֶׁאוֹמֶרֶת שֶׁהַשַּׁבָּת קְדוֹשָׁה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סְעוּדָה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אֲרוּחָה חֲגִיגִית עִם לֶחֶם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עֹנֶג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הֲנָאָה וְשִׂמְחָה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«כָּל אָדָם מִיִּשְׂרָאֵל בֵּין אִישׁ אוֹ אִשָּׁה, חַיָּבִים לֶאֱכֹל בְּשַׁבָּת שָׁלֹשׁ סְעוּדּוֹת, אַחַת בַּלַּיְלָה וּשְׁתַּיִם בַּיּוֹם.»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(קִצּוּר שֻׁלְחָן עָרוּךְ, סִימָן עז, סָעִיף טז)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עַל מָה עוֹשִׂים קִדּוּשׁ?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עַל כּוֹס יַיִן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עַל כּוֹס מַיִם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עַל תַּפּוּחַ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כַּמָּה סְעוּדוֹת אוֹכְלִים בְּשַׁבָּת?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שְׁתַּיִם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שָׁלֹשׁ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אַרְבַּע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כַּמָּה חַלּוֹת שָׂמִים עַל הַשֻּׁלְחָן?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אַחַת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שָׁלֹשׁ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שְׁתַּיִם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E67E22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תְּפִלּוֹת, קִדּוּשׁ וּסְעוּדוֹת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מוּסָף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חַלּוֹת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שְׁלִישִׁית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בְּשַׁבָּת בַּבֹּקֶר מִתְפַּלְּלִים שַׁחֲרִית וְ____________.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מְכַסִּים אֶת ____________ הַשַּׁבָּת בִּזְמַן הַקִּדּוּשׁ.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אַחַר הַצָּהֳרַיִם אוֹכְלִים סְעוּדָה 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מִיּוּן: תְּפִלָּה אוֹ סְעוּדָה?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כָּל מִלָּה מִתַּחַת לַכּוֹתֶרֶת הַמַּתְאִימָה.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א. מוּסָף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ב. קִדּוּשׁ עַל יַיִן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ג. קַבָּלַת שַׁבָּת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ד. שְׁתֵּי חַלּוֹת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ה. שַׁחֲרִית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ו. סְעוּדָה שְׁלִישִׁית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תְּפִלּוֹת שַׁבָּת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סְעוּדוֹת שַׁבָּת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E67E22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תְּפִלּוֹת, קִדּוּשׁ וּסְעוּדוֹת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בְּשַׁבָּת שׁוֹמְעִים קְרִיאַת הַתּוֹרָה בְּבֵית הַכְּנֶסֶת.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לִכְבוֹד שַׁבָּת מַדְלִיקִים נֵרוֹת וְשָׂמִים שְׁתֵּי חַלּוֹת.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בְּהַבְדָּלָה מְבָרְכִים עַל הָאֵשׁ.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עַל כּוֹס יַיִן אוֹמְרִים קִדּוּשׁ בְּשַׁבָּת.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בְּשַׁבָּת שְׂמֵחִים וְנָחִים.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סְעוּדָה שְׁלִישִׁית אוֹכְלִים בְּלֵיל שַׁבָּת.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מִצְוָה לַעֲזֹר בַּהֲכָנוֹת לְשַׁבָּת.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אֶת הַקִּדּוּשׁ אוֹמְרִים אַחֲרֵי הָאֹכֶל.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שֻׁלְחַן הַשַּׁבָּת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צַיְּרוּ שֻׁלְחַן שַׁבָּת: נֵרוֹת, חַלּוֹת וְכוֹס קִדּוּשׁ.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6"/>
                <w:szCs w:val="36"/>
                <w:rtl/>
              </w:rPr>
              <w:t>סִיַּמְתִּי לִלְמֹד אֶת הַיְּחִידָה «שַׁבָּת».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77600" cy="2053007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4_col1_70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600" cy="205300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נֵרוֹת וְחַלּוֹת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06800" cy="2052324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4_col2_70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6800" cy="205232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כּוֹס הַקִּדּוּשׁ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3600" cy="2052142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ada7298642_33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3600" cy="20521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קְרִיאַת הַתּוֹרָה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23600" cy="2052827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cbe676ae0a_33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600" cy="205282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הַבְדָּלָה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  ·  סֵדֶר יוֹם שִׁשִּׁי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מַדְלִיקִים נֵרוֹת לִפְנֵי הַשְּׁקִיעָה.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מְנַקִּים אֶת הַבַּיִת לִכְבוֹד שַׁבָּת.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הוֹלְכִים לְבֵית הַכְּנֶסֶת לְקַבָּלַת שַׁבָּת.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מִתְרַחֲצִים וְלוֹבְשִׁים בִּגְדֵי שַׁבָּת.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